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E3A7D7" w14:textId="77777777" w:rsidR="00EB605F" w:rsidRDefault="00000000">
      <w:pPr>
        <w:spacing w:before="1872" w:after="100" w:line="252" w:lineRule="auto"/>
        <w:jc w:val="center"/>
      </w:pPr>
      <w:r>
        <w:rPr>
          <w:b/>
          <w:color w:val="17365D"/>
          <w:sz w:val="30"/>
        </w:rPr>
        <w:t>FRONT-LINE LEADERSHIP</w:t>
      </w:r>
      <w:r>
        <w:rPr>
          <w:b/>
          <w:color w:val="17365D"/>
          <w:sz w:val="30"/>
        </w:rPr>
        <w:br/>
        <w:t>CREDENTIALING PROGRAM</w:t>
      </w:r>
    </w:p>
    <w:p w14:paraId="1BAAC770" w14:textId="77777777" w:rsidR="00EB605F" w:rsidRDefault="00000000">
      <w:pPr>
        <w:spacing w:before="720" w:after="100" w:line="252" w:lineRule="auto"/>
        <w:jc w:val="center"/>
      </w:pPr>
      <w:r>
        <w:rPr>
          <w:b/>
          <w:color w:val="2E75B6"/>
          <w:sz w:val="60"/>
        </w:rPr>
        <w:t>Leading Organizational Change</w:t>
      </w:r>
    </w:p>
    <w:p w14:paraId="01B1CF7C" w14:textId="77777777" w:rsidR="00EB605F" w:rsidRDefault="00000000">
      <w:pPr>
        <w:spacing w:after="100" w:line="252" w:lineRule="auto"/>
        <w:jc w:val="center"/>
      </w:pPr>
      <w:r>
        <w:rPr>
          <w:color w:val="666666"/>
          <w:sz w:val="32"/>
        </w:rPr>
        <w:t>Guided Notes &amp; Change Action Planner</w:t>
      </w:r>
    </w:p>
    <w:p w14:paraId="1D717994" w14:textId="77777777" w:rsidR="00EB605F" w:rsidRDefault="00EB605F">
      <w:pPr>
        <w:spacing w:after="100" w:line="252" w:lineRule="auto"/>
      </w:pPr>
    </w:p>
    <w:tbl>
      <w:tblPr>
        <w:tblStyle w:val="TableGrid"/>
        <w:tblW w:w="0" w:type="auto"/>
        <w:jc w:val="center"/>
        <w:tblLook w:val="04A0" w:firstRow="1" w:lastRow="0" w:firstColumn="1" w:lastColumn="0" w:noHBand="0" w:noVBand="1"/>
      </w:tblPr>
      <w:tblGrid>
        <w:gridCol w:w="5112"/>
        <w:gridCol w:w="5112"/>
      </w:tblGrid>
      <w:tr w:rsidR="00EB605F" w14:paraId="5709A83E" w14:textId="77777777">
        <w:trPr>
          <w:jc w:val="center"/>
        </w:trPr>
        <w:tc>
          <w:tcPr>
            <w:tcW w:w="5112" w:type="dxa"/>
            <w:shd w:val="clear" w:color="auto" w:fill="17365D"/>
            <w:vAlign w:val="center"/>
          </w:tcPr>
          <w:p w14:paraId="2551D8B8" w14:textId="77777777" w:rsidR="00EB605F" w:rsidRDefault="00000000">
            <w:r>
              <w:rPr>
                <w:b/>
                <w:color w:val="FFFFFF"/>
                <w:sz w:val="19"/>
              </w:rPr>
              <w:t>Participant</w:t>
            </w:r>
          </w:p>
        </w:tc>
        <w:tc>
          <w:tcPr>
            <w:tcW w:w="5112" w:type="dxa"/>
            <w:shd w:val="clear" w:color="auto" w:fill="17365D"/>
            <w:vAlign w:val="center"/>
          </w:tcPr>
          <w:p w14:paraId="4FF3CCEE" w14:textId="77777777" w:rsidR="00EB605F" w:rsidRDefault="00000000">
            <w:r>
              <w:rPr>
                <w:b/>
                <w:color w:val="FFFFFF"/>
                <w:sz w:val="19"/>
              </w:rPr>
              <w:t>Date / Cohort</w:t>
            </w:r>
          </w:p>
        </w:tc>
      </w:tr>
      <w:tr w:rsidR="00EB605F" w14:paraId="062FB0A6" w14:textId="77777777">
        <w:trPr>
          <w:jc w:val="center"/>
        </w:trPr>
        <w:tc>
          <w:tcPr>
            <w:tcW w:w="5112" w:type="dxa"/>
            <w:vAlign w:val="center"/>
          </w:tcPr>
          <w:p w14:paraId="28882DF0" w14:textId="77777777" w:rsidR="00EB605F" w:rsidRDefault="00EB605F"/>
          <w:p w14:paraId="0B571ABF" w14:textId="77777777" w:rsidR="00EB605F" w:rsidRDefault="00000000">
            <w:r>
              <w:t>________________</w:t>
            </w:r>
          </w:p>
          <w:p w14:paraId="27A9BA99" w14:textId="77777777" w:rsidR="00EB605F" w:rsidRDefault="00000000">
            <w:r>
              <w:t>________________</w:t>
            </w:r>
          </w:p>
        </w:tc>
        <w:tc>
          <w:tcPr>
            <w:tcW w:w="5112" w:type="dxa"/>
            <w:vAlign w:val="center"/>
          </w:tcPr>
          <w:p w14:paraId="356855AD" w14:textId="77777777" w:rsidR="00EB605F" w:rsidRDefault="00EB605F"/>
          <w:p w14:paraId="7EAB9C5E" w14:textId="77777777" w:rsidR="00EB605F" w:rsidRDefault="00000000">
            <w:r>
              <w:t>________________</w:t>
            </w:r>
          </w:p>
          <w:p w14:paraId="189AD024" w14:textId="77777777" w:rsidR="00EB605F" w:rsidRDefault="00000000">
            <w:r>
              <w:t>________________</w:t>
            </w:r>
          </w:p>
        </w:tc>
      </w:tr>
    </w:tbl>
    <w:p w14:paraId="6E98934A" w14:textId="77777777" w:rsidR="00EB605F" w:rsidRDefault="00EB605F">
      <w:pPr>
        <w:spacing w:after="100" w:line="252" w:lineRule="auto"/>
      </w:pPr>
    </w:p>
    <w:p w14:paraId="6E57668E" w14:textId="77777777" w:rsidR="00EB605F" w:rsidRDefault="00000000">
      <w:pPr>
        <w:spacing w:after="100" w:line="252" w:lineRule="auto"/>
        <w:jc w:val="center"/>
      </w:pPr>
      <w:r>
        <w:rPr>
          <w:color w:val="666666"/>
          <w:sz w:val="22"/>
        </w:rPr>
        <w:t>Dr. Wendy Kubasko • Fall 2026</w:t>
      </w:r>
    </w:p>
    <w:p w14:paraId="2A064C59" w14:textId="77777777" w:rsidR="00EB605F" w:rsidRDefault="00000000">
      <w:pPr>
        <w:spacing w:after="100" w:line="252" w:lineRule="auto"/>
      </w:pPr>
      <w:r>
        <w:br w:type="page"/>
      </w:r>
    </w:p>
    <w:p w14:paraId="4EABC86D" w14:textId="77777777" w:rsidR="00EB605F" w:rsidRPr="007E207F" w:rsidRDefault="00000000">
      <w:pPr>
        <w:pStyle w:val="Heading1"/>
        <w:spacing w:after="100" w:line="252" w:lineRule="auto"/>
        <w:rPr>
          <w:sz w:val="32"/>
          <w:szCs w:val="32"/>
        </w:rPr>
      </w:pPr>
      <w:r w:rsidRPr="007E207F">
        <w:rPr>
          <w:sz w:val="32"/>
          <w:szCs w:val="32"/>
        </w:rPr>
        <w:lastRenderedPageBreak/>
        <w:t>Learning Objectives</w:t>
      </w:r>
    </w:p>
    <w:p w14:paraId="2F34CC20" w14:textId="77777777" w:rsidR="00EB605F" w:rsidRDefault="00000000">
      <w:pPr>
        <w:pStyle w:val="ListBullet"/>
        <w:spacing w:after="100" w:line="252" w:lineRule="auto"/>
      </w:pPr>
      <w:r>
        <w:t>Evaluate change management strategies.</w:t>
      </w:r>
    </w:p>
    <w:p w14:paraId="1787A8E4" w14:textId="77777777" w:rsidR="00EB605F" w:rsidRDefault="00000000">
      <w:pPr>
        <w:pStyle w:val="ListBullet"/>
        <w:spacing w:after="100" w:line="252" w:lineRule="auto"/>
      </w:pPr>
      <w:r>
        <w:t>Leverage your role in organizational transformation.</w:t>
      </w:r>
    </w:p>
    <w:p w14:paraId="4A66EE52" w14:textId="77777777" w:rsidR="00EB605F" w:rsidRDefault="00000000">
      <w:pPr>
        <w:pStyle w:val="ListBullet"/>
        <w:spacing w:after="100" w:line="252" w:lineRule="auto"/>
      </w:pPr>
      <w:r>
        <w:t>Develop an action plan for leading change initiatives effectively within your workplace.</w:t>
      </w:r>
    </w:p>
    <w:tbl>
      <w:tblPr>
        <w:tblW w:w="0" w:type="auto"/>
        <w:jc w:val="center"/>
        <w:tblLook w:val="04A0" w:firstRow="1" w:lastRow="0" w:firstColumn="1" w:lastColumn="0" w:noHBand="0" w:noVBand="1"/>
      </w:tblPr>
      <w:tblGrid>
        <w:gridCol w:w="10224"/>
      </w:tblGrid>
      <w:tr w:rsidR="00EB605F" w14:paraId="4B313664" w14:textId="77777777">
        <w:trPr>
          <w:jc w:val="center"/>
        </w:trPr>
        <w:tc>
          <w:tcPr>
            <w:tcW w:w="10224" w:type="dxa"/>
            <w:shd w:val="clear" w:color="auto" w:fill="F7F9FB"/>
            <w:vAlign w:val="center"/>
          </w:tcPr>
          <w:p w14:paraId="69D1A22B" w14:textId="77777777" w:rsidR="00EB605F" w:rsidRDefault="00000000">
            <w:r>
              <w:rPr>
                <w:b/>
                <w:color w:val="17365D"/>
              </w:rPr>
              <w:t>What do I most want to learn or apply today?</w:t>
            </w:r>
          </w:p>
          <w:p w14:paraId="2A47386B" w14:textId="77777777" w:rsidR="00EB605F" w:rsidRDefault="00000000">
            <w:pPr>
              <w:spacing w:after="40"/>
            </w:pPr>
            <w:r>
              <w:rPr>
                <w:color w:val="AAAAAA"/>
              </w:rPr>
              <w:t>________________________________________________________________________________</w:t>
            </w:r>
          </w:p>
          <w:p w14:paraId="094C30D3" w14:textId="77777777" w:rsidR="00EB605F" w:rsidRDefault="00000000">
            <w:pPr>
              <w:spacing w:after="40"/>
            </w:pPr>
            <w:r>
              <w:rPr>
                <w:color w:val="AAAAAA"/>
              </w:rPr>
              <w:t>________________________________________________________________________________</w:t>
            </w:r>
          </w:p>
          <w:p w14:paraId="4AF9BADC" w14:textId="77777777" w:rsidR="00EB605F" w:rsidRDefault="00000000">
            <w:pPr>
              <w:spacing w:after="40"/>
            </w:pPr>
            <w:r>
              <w:rPr>
                <w:color w:val="AAAAAA"/>
              </w:rPr>
              <w:t>________________________________________________________________________________</w:t>
            </w:r>
          </w:p>
          <w:p w14:paraId="69826A34" w14:textId="77777777" w:rsidR="00EB605F" w:rsidRDefault="00000000">
            <w:pPr>
              <w:spacing w:after="40"/>
            </w:pPr>
            <w:r>
              <w:rPr>
                <w:color w:val="AAAAAA"/>
              </w:rPr>
              <w:t>________________________________________________________________________________</w:t>
            </w:r>
          </w:p>
        </w:tc>
      </w:tr>
    </w:tbl>
    <w:p w14:paraId="3A006A94" w14:textId="77777777" w:rsidR="00EB605F" w:rsidRDefault="00EB605F">
      <w:pPr>
        <w:spacing w:after="100" w:line="252" w:lineRule="auto"/>
      </w:pPr>
    </w:p>
    <w:p w14:paraId="3D0577D9" w14:textId="77777777" w:rsidR="00EB605F" w:rsidRPr="007E207F" w:rsidRDefault="00000000" w:rsidP="007E207F">
      <w:pPr>
        <w:pStyle w:val="Heading1"/>
        <w:spacing w:before="120" w:after="120" w:line="252" w:lineRule="auto"/>
        <w:rPr>
          <w:sz w:val="32"/>
          <w:szCs w:val="32"/>
        </w:rPr>
      </w:pPr>
      <w:r w:rsidRPr="007E207F">
        <w:rPr>
          <w:sz w:val="32"/>
          <w:szCs w:val="32"/>
        </w:rPr>
        <w:t>Opening Reflection: A Recent Change</w:t>
      </w:r>
    </w:p>
    <w:p w14:paraId="15D38FA2" w14:textId="77777777" w:rsidR="00EB605F" w:rsidRDefault="00000000">
      <w:pPr>
        <w:spacing w:after="100" w:line="252" w:lineRule="auto"/>
      </w:pPr>
      <w:r>
        <w:t>Think about a recent change you led or supported. Use the space below before discussing with others.</w:t>
      </w:r>
    </w:p>
    <w:p w14:paraId="7039FE7C" w14:textId="77777777" w:rsidR="00EB605F" w:rsidRDefault="00000000">
      <w:pPr>
        <w:spacing w:after="100" w:line="252" w:lineRule="auto"/>
      </w:pPr>
      <w:r>
        <w:rPr>
          <w:b/>
        </w:rPr>
        <w:t>What actions were effective and you would choose to do again?</w:t>
      </w:r>
    </w:p>
    <w:p w14:paraId="7BE4C392" w14:textId="77777777" w:rsidR="00EB605F" w:rsidRDefault="00000000">
      <w:pPr>
        <w:spacing w:after="100" w:line="252" w:lineRule="auto"/>
      </w:pPr>
      <w:r>
        <w:rPr>
          <w:color w:val="999999"/>
        </w:rPr>
        <w:t>________________________________________________________________________________</w:t>
      </w:r>
    </w:p>
    <w:p w14:paraId="122FA0DE" w14:textId="77777777" w:rsidR="00EB605F" w:rsidRDefault="00000000">
      <w:pPr>
        <w:spacing w:after="100" w:line="252" w:lineRule="auto"/>
      </w:pPr>
      <w:r>
        <w:rPr>
          <w:color w:val="999999"/>
        </w:rPr>
        <w:t>________________________________________________________________________________</w:t>
      </w:r>
    </w:p>
    <w:p w14:paraId="483B1C9F" w14:textId="77777777" w:rsidR="00EB605F" w:rsidRDefault="00000000">
      <w:pPr>
        <w:spacing w:after="100" w:line="252" w:lineRule="auto"/>
      </w:pPr>
      <w:r>
        <w:rPr>
          <w:color w:val="999999"/>
        </w:rPr>
        <w:t>________________________________________________________________________________</w:t>
      </w:r>
    </w:p>
    <w:p w14:paraId="1EC5CD8A" w14:textId="77777777" w:rsidR="00EB605F" w:rsidRDefault="00000000">
      <w:pPr>
        <w:spacing w:after="100" w:line="252" w:lineRule="auto"/>
      </w:pPr>
      <w:r>
        <w:rPr>
          <w:color w:val="999999"/>
        </w:rPr>
        <w:t>________________________________________________________________________________</w:t>
      </w:r>
    </w:p>
    <w:p w14:paraId="256AEF71" w14:textId="77777777" w:rsidR="00EB605F" w:rsidRDefault="00000000">
      <w:pPr>
        <w:spacing w:after="100" w:line="252" w:lineRule="auto"/>
      </w:pPr>
      <w:r>
        <w:rPr>
          <w:b/>
        </w:rPr>
        <w:t>What actions would you change, tweak, or add?</w:t>
      </w:r>
    </w:p>
    <w:p w14:paraId="12708065" w14:textId="77777777" w:rsidR="00EB605F" w:rsidRDefault="00000000">
      <w:pPr>
        <w:spacing w:after="100" w:line="252" w:lineRule="auto"/>
      </w:pPr>
      <w:r>
        <w:rPr>
          <w:color w:val="999999"/>
        </w:rPr>
        <w:t>________________________________________________________________________________</w:t>
      </w:r>
    </w:p>
    <w:p w14:paraId="00FA5AF7" w14:textId="77777777" w:rsidR="00EB605F" w:rsidRDefault="00000000">
      <w:pPr>
        <w:spacing w:after="100" w:line="252" w:lineRule="auto"/>
      </w:pPr>
      <w:r>
        <w:rPr>
          <w:color w:val="999999"/>
        </w:rPr>
        <w:t>________________________________________________________________________________</w:t>
      </w:r>
    </w:p>
    <w:p w14:paraId="1F807905" w14:textId="77777777" w:rsidR="00EB605F" w:rsidRDefault="00000000">
      <w:pPr>
        <w:spacing w:after="100" w:line="252" w:lineRule="auto"/>
      </w:pPr>
      <w:r>
        <w:rPr>
          <w:color w:val="999999"/>
        </w:rPr>
        <w:t>________________________________________________________________________________</w:t>
      </w:r>
    </w:p>
    <w:p w14:paraId="1EAF6CA4" w14:textId="77777777" w:rsidR="00EB605F" w:rsidRDefault="00000000">
      <w:pPr>
        <w:spacing w:after="100" w:line="252" w:lineRule="auto"/>
      </w:pPr>
      <w:r>
        <w:rPr>
          <w:color w:val="999999"/>
        </w:rPr>
        <w:t>________________________________________________________________________________</w:t>
      </w:r>
    </w:p>
    <w:p w14:paraId="2A90DC03" w14:textId="77777777" w:rsidR="007E207F" w:rsidRDefault="007E207F" w:rsidP="007E207F">
      <w:pPr>
        <w:spacing w:after="100" w:line="252" w:lineRule="auto"/>
        <w:rPr>
          <w:b/>
          <w:bCs/>
          <w:color w:val="4F81BD" w:themeColor="accent1"/>
          <w:sz w:val="32"/>
          <w:szCs w:val="32"/>
        </w:rPr>
      </w:pPr>
    </w:p>
    <w:p w14:paraId="322F0892" w14:textId="6E255DEA" w:rsidR="00EB605F" w:rsidRPr="007E207F" w:rsidRDefault="00000000" w:rsidP="007E207F">
      <w:pPr>
        <w:spacing w:after="100" w:line="252" w:lineRule="auto"/>
        <w:rPr>
          <w:b/>
          <w:bCs/>
          <w:color w:val="4F81BD" w:themeColor="accent1"/>
        </w:rPr>
      </w:pPr>
      <w:r w:rsidRPr="007E207F">
        <w:rPr>
          <w:b/>
          <w:bCs/>
          <w:color w:val="4F81BD" w:themeColor="accent1"/>
          <w:sz w:val="32"/>
          <w:szCs w:val="32"/>
        </w:rPr>
        <w:t>What Is Change Management?</w:t>
      </w:r>
    </w:p>
    <w:p w14:paraId="51688714" w14:textId="334032DE" w:rsidR="00EB605F" w:rsidRDefault="00000000">
      <w:pPr>
        <w:spacing w:after="100" w:line="252" w:lineRule="auto"/>
      </w:pPr>
      <w:r>
        <w:t>Harvard Division of Continuing Education definition:</w:t>
      </w:r>
    </w:p>
    <w:p w14:paraId="3212F364" w14:textId="77777777" w:rsidR="00EB605F" w:rsidRDefault="00000000">
      <w:pPr>
        <w:spacing w:after="100" w:line="252" w:lineRule="auto"/>
      </w:pPr>
      <w:r>
        <w:rPr>
          <w:i/>
          <w:sz w:val="22"/>
        </w:rPr>
        <w:t>“A planned methodology that enables leaders to successfully guide an organization through change, while minimizing disruption and the risk of unexpected consequences.”</w:t>
      </w:r>
    </w:p>
    <w:tbl>
      <w:tblPr>
        <w:tblW w:w="0" w:type="auto"/>
        <w:jc w:val="center"/>
        <w:tblLook w:val="04A0" w:firstRow="1" w:lastRow="0" w:firstColumn="1" w:lastColumn="0" w:noHBand="0" w:noVBand="1"/>
      </w:tblPr>
      <w:tblGrid>
        <w:gridCol w:w="10224"/>
      </w:tblGrid>
      <w:tr w:rsidR="00EB605F" w14:paraId="69284EB1" w14:textId="77777777">
        <w:trPr>
          <w:jc w:val="center"/>
        </w:trPr>
        <w:tc>
          <w:tcPr>
            <w:tcW w:w="10224" w:type="dxa"/>
            <w:shd w:val="clear" w:color="auto" w:fill="F7F9FB"/>
            <w:vAlign w:val="center"/>
          </w:tcPr>
          <w:p w14:paraId="1C10171A" w14:textId="77777777" w:rsidR="00EB605F" w:rsidRDefault="00000000">
            <w:r>
              <w:rPr>
                <w:b/>
                <w:color w:val="17365D"/>
              </w:rPr>
              <w:t>My take-away / words I would use to explain change management:</w:t>
            </w:r>
          </w:p>
          <w:p w14:paraId="3052F6C5" w14:textId="77777777" w:rsidR="00EB605F" w:rsidRDefault="00000000">
            <w:pPr>
              <w:spacing w:after="40"/>
            </w:pPr>
            <w:r>
              <w:rPr>
                <w:color w:val="AAAAAA"/>
              </w:rPr>
              <w:t>________________________________________________________________________________</w:t>
            </w:r>
          </w:p>
          <w:p w14:paraId="79D1B17D" w14:textId="77777777" w:rsidR="00EB605F" w:rsidRDefault="00000000">
            <w:pPr>
              <w:spacing w:after="40"/>
            </w:pPr>
            <w:r>
              <w:rPr>
                <w:color w:val="AAAAAA"/>
              </w:rPr>
              <w:t>________________________________________________________________________________</w:t>
            </w:r>
          </w:p>
          <w:p w14:paraId="7C930503" w14:textId="77777777" w:rsidR="00EB605F" w:rsidRDefault="00000000">
            <w:pPr>
              <w:spacing w:after="40"/>
            </w:pPr>
            <w:r>
              <w:rPr>
                <w:color w:val="AAAAAA"/>
              </w:rPr>
              <w:t>________________________________________________________________________________</w:t>
            </w:r>
          </w:p>
          <w:p w14:paraId="2F3446FE" w14:textId="77777777" w:rsidR="00EB605F" w:rsidRDefault="00000000">
            <w:pPr>
              <w:spacing w:after="40"/>
            </w:pPr>
            <w:r>
              <w:rPr>
                <w:color w:val="AAAAAA"/>
              </w:rPr>
              <w:t>________________________________________________________________________________</w:t>
            </w:r>
          </w:p>
          <w:p w14:paraId="03943E57" w14:textId="77777777" w:rsidR="00EB605F" w:rsidRDefault="00000000">
            <w:pPr>
              <w:spacing w:after="40"/>
            </w:pPr>
            <w:r>
              <w:rPr>
                <w:color w:val="AAAAAA"/>
              </w:rPr>
              <w:t>________________________________________________________________________________</w:t>
            </w:r>
          </w:p>
        </w:tc>
      </w:tr>
    </w:tbl>
    <w:p w14:paraId="4A5FDA41" w14:textId="77777777" w:rsidR="00EB605F" w:rsidRDefault="00EB605F">
      <w:pPr>
        <w:spacing w:after="100" w:line="252" w:lineRule="auto"/>
      </w:pPr>
    </w:p>
    <w:p w14:paraId="5A44D66A" w14:textId="77777777" w:rsidR="00EB605F" w:rsidRPr="007E207F" w:rsidRDefault="00000000">
      <w:pPr>
        <w:pStyle w:val="Heading1"/>
        <w:spacing w:after="100" w:line="252" w:lineRule="auto"/>
        <w:rPr>
          <w:sz w:val="32"/>
          <w:szCs w:val="32"/>
        </w:rPr>
      </w:pPr>
      <w:r w:rsidRPr="007E207F">
        <w:rPr>
          <w:sz w:val="32"/>
          <w:szCs w:val="32"/>
        </w:rPr>
        <w:lastRenderedPageBreak/>
        <w:t>7 Change Management Pitfalls</w:t>
      </w:r>
    </w:p>
    <w:p w14:paraId="1DE28271" w14:textId="77777777" w:rsidR="00EB605F" w:rsidRDefault="00000000">
      <w:pPr>
        <w:pStyle w:val="ListNumber"/>
        <w:spacing w:after="100" w:line="252" w:lineRule="auto"/>
      </w:pPr>
      <w:r>
        <w:t>Incomplete or Poorly Defined Change Strategy</w:t>
      </w:r>
    </w:p>
    <w:p w14:paraId="15B2EC0A" w14:textId="77777777" w:rsidR="00EB605F" w:rsidRDefault="00000000">
      <w:pPr>
        <w:pStyle w:val="ListNumber"/>
        <w:spacing w:after="100" w:line="252" w:lineRule="auto"/>
      </w:pPr>
      <w:r>
        <w:t>Following a Strategy Rigidly or Inflexibly</w:t>
      </w:r>
    </w:p>
    <w:p w14:paraId="0C15FDF3" w14:textId="77777777" w:rsidR="00EB605F" w:rsidRDefault="00000000">
      <w:pPr>
        <w:pStyle w:val="ListNumber"/>
        <w:spacing w:after="100" w:line="252" w:lineRule="auto"/>
      </w:pPr>
      <w:r>
        <w:t>Lack of Effective Communications</w:t>
      </w:r>
    </w:p>
    <w:p w14:paraId="42BBFD3D" w14:textId="77777777" w:rsidR="00EB605F" w:rsidRDefault="00000000">
      <w:pPr>
        <w:pStyle w:val="ListNumber"/>
        <w:spacing w:after="100" w:line="252" w:lineRule="auto"/>
      </w:pPr>
      <w:r>
        <w:t>Failing to Identify and Address Resistance</w:t>
      </w:r>
    </w:p>
    <w:p w14:paraId="40EEDC36" w14:textId="77777777" w:rsidR="00EB605F" w:rsidRDefault="00000000">
      <w:pPr>
        <w:pStyle w:val="ListNumber"/>
        <w:spacing w:after="100" w:line="252" w:lineRule="auto"/>
      </w:pPr>
      <w:r>
        <w:t>Disconnect Between Strategy and Culture</w:t>
      </w:r>
    </w:p>
    <w:p w14:paraId="2682CF4C" w14:textId="77777777" w:rsidR="00EB605F" w:rsidRDefault="00000000">
      <w:pPr>
        <w:pStyle w:val="ListNumber"/>
        <w:spacing w:after="100" w:line="252" w:lineRule="auto"/>
      </w:pPr>
      <w:r>
        <w:t>Setting Unrealistic Expectations</w:t>
      </w:r>
    </w:p>
    <w:p w14:paraId="03575B9F" w14:textId="77777777" w:rsidR="00EB605F" w:rsidRDefault="00000000">
      <w:pPr>
        <w:pStyle w:val="ListNumber"/>
        <w:spacing w:after="100" w:line="252" w:lineRule="auto"/>
      </w:pPr>
      <w:r>
        <w:t>Not Creating and/or Celebrating Small Wins</w:t>
      </w:r>
    </w:p>
    <w:p w14:paraId="4962A167" w14:textId="77777777" w:rsidR="00EB605F" w:rsidRDefault="00000000">
      <w:pPr>
        <w:spacing w:after="100" w:line="252" w:lineRule="auto"/>
      </w:pPr>
      <w:r>
        <w:rPr>
          <w:b/>
        </w:rPr>
        <w:t>Which pitfall is most relevant to a change in your workplace? Why?</w:t>
      </w:r>
    </w:p>
    <w:p w14:paraId="67D6C08F" w14:textId="77777777" w:rsidR="00EB605F" w:rsidRDefault="00000000">
      <w:pPr>
        <w:spacing w:after="100" w:line="252" w:lineRule="auto"/>
      </w:pPr>
      <w:r>
        <w:rPr>
          <w:color w:val="999999"/>
        </w:rPr>
        <w:t>________________________________________________________________________________</w:t>
      </w:r>
    </w:p>
    <w:p w14:paraId="34A62D7A" w14:textId="77777777" w:rsidR="00EB605F" w:rsidRDefault="00000000">
      <w:pPr>
        <w:spacing w:after="100" w:line="252" w:lineRule="auto"/>
      </w:pPr>
      <w:r>
        <w:rPr>
          <w:color w:val="999999"/>
        </w:rPr>
        <w:t>________________________________________________________________________________</w:t>
      </w:r>
    </w:p>
    <w:p w14:paraId="662B8100" w14:textId="77777777" w:rsidR="00EB605F" w:rsidRDefault="00000000">
      <w:pPr>
        <w:spacing w:after="100" w:line="252" w:lineRule="auto"/>
      </w:pPr>
      <w:r>
        <w:rPr>
          <w:color w:val="999999"/>
        </w:rPr>
        <w:t>________________________________________________________________________________</w:t>
      </w:r>
    </w:p>
    <w:p w14:paraId="2E00DB7B" w14:textId="77777777" w:rsidR="00EB605F" w:rsidRDefault="00000000">
      <w:pPr>
        <w:spacing w:after="100" w:line="252" w:lineRule="auto"/>
        <w:rPr>
          <w:color w:val="999999"/>
        </w:rPr>
      </w:pPr>
      <w:r>
        <w:rPr>
          <w:color w:val="999999"/>
        </w:rPr>
        <w:t>________________________________________________________________________________</w:t>
      </w:r>
    </w:p>
    <w:p w14:paraId="759C1BAF" w14:textId="77777777" w:rsidR="007E207F" w:rsidRDefault="007E207F">
      <w:pPr>
        <w:spacing w:after="100" w:line="252" w:lineRule="auto"/>
      </w:pPr>
    </w:p>
    <w:p w14:paraId="37F0C2CB" w14:textId="5D61EAF1" w:rsidR="00EB605F" w:rsidRPr="007E207F" w:rsidRDefault="00000000" w:rsidP="007E207F">
      <w:pPr>
        <w:spacing w:before="120" w:after="120" w:line="252" w:lineRule="auto"/>
        <w:rPr>
          <w:b/>
          <w:bCs/>
          <w:color w:val="4F81BD" w:themeColor="accent1"/>
          <w:sz w:val="32"/>
          <w:szCs w:val="32"/>
        </w:rPr>
      </w:pPr>
      <w:r w:rsidRPr="007E207F">
        <w:rPr>
          <w:b/>
          <w:bCs/>
          <w:color w:val="4F81BD" w:themeColor="accent1"/>
          <w:sz w:val="32"/>
          <w:szCs w:val="32"/>
        </w:rPr>
        <w:t>Change Strategies</w:t>
      </w:r>
    </w:p>
    <w:tbl>
      <w:tblPr>
        <w:tblW w:w="0" w:type="auto"/>
        <w:jc w:val="center"/>
        <w:tblLook w:val="04A0" w:firstRow="1" w:lastRow="0" w:firstColumn="1" w:lastColumn="0" w:noHBand="0" w:noVBand="1"/>
      </w:tblPr>
      <w:tblGrid>
        <w:gridCol w:w="10224"/>
      </w:tblGrid>
      <w:tr w:rsidR="00EB605F" w14:paraId="3374861F" w14:textId="77777777">
        <w:trPr>
          <w:jc w:val="center"/>
        </w:trPr>
        <w:tc>
          <w:tcPr>
            <w:tcW w:w="10224" w:type="dxa"/>
            <w:shd w:val="clear" w:color="auto" w:fill="F7F9FB"/>
            <w:vAlign w:val="center"/>
          </w:tcPr>
          <w:p w14:paraId="2A6DA54A" w14:textId="77777777" w:rsidR="00EB605F" w:rsidRDefault="00000000">
            <w:r>
              <w:rPr>
                <w:b/>
                <w:color w:val="17365D"/>
              </w:rPr>
              <w:t>Key ideas from the models discussed:</w:t>
            </w:r>
          </w:p>
          <w:p w14:paraId="4B6AD38F" w14:textId="77777777" w:rsidR="00EB605F" w:rsidRDefault="00000000">
            <w:pPr>
              <w:spacing w:after="40"/>
            </w:pPr>
            <w:r>
              <w:rPr>
                <w:color w:val="AAAAAA"/>
              </w:rPr>
              <w:t>________________________________________________________________________________</w:t>
            </w:r>
          </w:p>
          <w:p w14:paraId="5C430052" w14:textId="77777777" w:rsidR="00EB605F" w:rsidRDefault="00000000">
            <w:pPr>
              <w:spacing w:after="40"/>
            </w:pPr>
            <w:r>
              <w:rPr>
                <w:color w:val="AAAAAA"/>
              </w:rPr>
              <w:t>________________________________________________________________________________</w:t>
            </w:r>
          </w:p>
          <w:p w14:paraId="11702ECC" w14:textId="77777777" w:rsidR="00EB605F" w:rsidRDefault="00000000">
            <w:pPr>
              <w:spacing w:after="40"/>
            </w:pPr>
            <w:r>
              <w:rPr>
                <w:color w:val="AAAAAA"/>
              </w:rPr>
              <w:t>________________________________________________________________________________</w:t>
            </w:r>
          </w:p>
          <w:p w14:paraId="17BFF5E5" w14:textId="77777777" w:rsidR="00EB605F" w:rsidRDefault="00000000">
            <w:pPr>
              <w:spacing w:after="40"/>
            </w:pPr>
            <w:r>
              <w:rPr>
                <w:color w:val="AAAAAA"/>
              </w:rPr>
              <w:t>________________________________________________________________________________</w:t>
            </w:r>
          </w:p>
          <w:p w14:paraId="3A4904FE" w14:textId="77777777" w:rsidR="00EB605F" w:rsidRDefault="00000000">
            <w:pPr>
              <w:spacing w:after="40"/>
            </w:pPr>
            <w:r>
              <w:rPr>
                <w:color w:val="AAAAAA"/>
              </w:rPr>
              <w:t>________________________________________________________________________________</w:t>
            </w:r>
          </w:p>
          <w:p w14:paraId="1E5163F6" w14:textId="77777777" w:rsidR="00EB605F" w:rsidRDefault="00000000">
            <w:pPr>
              <w:spacing w:after="40"/>
            </w:pPr>
            <w:r>
              <w:rPr>
                <w:color w:val="AAAAAA"/>
              </w:rPr>
              <w:t>________________________________________________________________________________</w:t>
            </w:r>
          </w:p>
        </w:tc>
      </w:tr>
    </w:tbl>
    <w:p w14:paraId="184A1E1E" w14:textId="77777777" w:rsidR="00EB605F" w:rsidRDefault="00EB605F">
      <w:pPr>
        <w:spacing w:after="100" w:line="252" w:lineRule="auto"/>
      </w:pPr>
    </w:p>
    <w:tbl>
      <w:tblPr>
        <w:tblStyle w:val="TableGrid"/>
        <w:tblW w:w="0" w:type="auto"/>
        <w:jc w:val="center"/>
        <w:tblLook w:val="04A0" w:firstRow="1" w:lastRow="0" w:firstColumn="1" w:lastColumn="0" w:noHBand="0" w:noVBand="1"/>
      </w:tblPr>
      <w:tblGrid>
        <w:gridCol w:w="3408"/>
        <w:gridCol w:w="3408"/>
        <w:gridCol w:w="3408"/>
      </w:tblGrid>
      <w:tr w:rsidR="00EB605F" w14:paraId="3FA334FF" w14:textId="77777777">
        <w:trPr>
          <w:jc w:val="center"/>
        </w:trPr>
        <w:tc>
          <w:tcPr>
            <w:tcW w:w="3408" w:type="dxa"/>
            <w:shd w:val="clear" w:color="auto" w:fill="17365D"/>
            <w:vAlign w:val="center"/>
          </w:tcPr>
          <w:p w14:paraId="6E7229FB" w14:textId="77777777" w:rsidR="00EB605F" w:rsidRDefault="00000000">
            <w:r>
              <w:rPr>
                <w:b/>
                <w:color w:val="FFFFFF"/>
                <w:sz w:val="19"/>
              </w:rPr>
              <w:t>Model</w:t>
            </w:r>
          </w:p>
        </w:tc>
        <w:tc>
          <w:tcPr>
            <w:tcW w:w="3408" w:type="dxa"/>
            <w:shd w:val="clear" w:color="auto" w:fill="17365D"/>
            <w:vAlign w:val="center"/>
          </w:tcPr>
          <w:p w14:paraId="2CC16E28" w14:textId="77777777" w:rsidR="00EB605F" w:rsidRDefault="00000000">
            <w:r>
              <w:rPr>
                <w:b/>
                <w:color w:val="FFFFFF"/>
                <w:sz w:val="19"/>
              </w:rPr>
              <w:t>Steps / Elements I Need to Remember</w:t>
            </w:r>
          </w:p>
        </w:tc>
        <w:tc>
          <w:tcPr>
            <w:tcW w:w="3408" w:type="dxa"/>
            <w:shd w:val="clear" w:color="auto" w:fill="17365D"/>
            <w:vAlign w:val="center"/>
          </w:tcPr>
          <w:p w14:paraId="13ABC4A2" w14:textId="77777777" w:rsidR="00EB605F" w:rsidRDefault="00000000">
            <w:r>
              <w:rPr>
                <w:b/>
                <w:color w:val="FFFFFF"/>
                <w:sz w:val="19"/>
              </w:rPr>
              <w:t>How It Could Help My Change</w:t>
            </w:r>
          </w:p>
        </w:tc>
      </w:tr>
      <w:tr w:rsidR="00EB605F" w14:paraId="6241AB42" w14:textId="77777777">
        <w:trPr>
          <w:jc w:val="center"/>
        </w:trPr>
        <w:tc>
          <w:tcPr>
            <w:tcW w:w="3408" w:type="dxa"/>
            <w:vAlign w:val="center"/>
          </w:tcPr>
          <w:p w14:paraId="7334F2AD" w14:textId="77777777" w:rsidR="00EB605F" w:rsidRDefault="00000000">
            <w:r>
              <w:rPr>
                <w:sz w:val="19"/>
              </w:rPr>
              <w:t>Kotter’s 8-Step Change Model</w:t>
            </w:r>
          </w:p>
        </w:tc>
        <w:tc>
          <w:tcPr>
            <w:tcW w:w="3408" w:type="dxa"/>
            <w:vAlign w:val="center"/>
          </w:tcPr>
          <w:p w14:paraId="514EC118" w14:textId="77777777" w:rsidR="00EB605F" w:rsidRDefault="00EB605F"/>
          <w:p w14:paraId="5552A549" w14:textId="77777777" w:rsidR="00EB605F" w:rsidRDefault="00000000">
            <w:r>
              <w:t>________________</w:t>
            </w:r>
          </w:p>
          <w:p w14:paraId="5E9BCD1D" w14:textId="77777777" w:rsidR="00EB605F" w:rsidRDefault="00000000">
            <w:r>
              <w:t>________________</w:t>
            </w:r>
          </w:p>
        </w:tc>
        <w:tc>
          <w:tcPr>
            <w:tcW w:w="3408" w:type="dxa"/>
            <w:vAlign w:val="center"/>
          </w:tcPr>
          <w:p w14:paraId="1A18CB72" w14:textId="77777777" w:rsidR="00EB605F" w:rsidRDefault="00EB605F"/>
          <w:p w14:paraId="44419C32" w14:textId="77777777" w:rsidR="00EB605F" w:rsidRDefault="00000000">
            <w:r>
              <w:t>________________</w:t>
            </w:r>
          </w:p>
          <w:p w14:paraId="24120474" w14:textId="77777777" w:rsidR="00EB605F" w:rsidRDefault="00000000">
            <w:r>
              <w:t>________________</w:t>
            </w:r>
          </w:p>
        </w:tc>
      </w:tr>
      <w:tr w:rsidR="00EB605F" w14:paraId="3A3CAC04" w14:textId="77777777">
        <w:trPr>
          <w:jc w:val="center"/>
        </w:trPr>
        <w:tc>
          <w:tcPr>
            <w:tcW w:w="3408" w:type="dxa"/>
            <w:vAlign w:val="center"/>
          </w:tcPr>
          <w:p w14:paraId="0C53EA02" w14:textId="77777777" w:rsidR="00EB605F" w:rsidRDefault="00000000">
            <w:r>
              <w:rPr>
                <w:sz w:val="19"/>
              </w:rPr>
              <w:t>Lewin’s Change Management Model</w:t>
            </w:r>
          </w:p>
        </w:tc>
        <w:tc>
          <w:tcPr>
            <w:tcW w:w="3408" w:type="dxa"/>
            <w:vAlign w:val="center"/>
          </w:tcPr>
          <w:p w14:paraId="0A44F8D7" w14:textId="77777777" w:rsidR="00EB605F" w:rsidRDefault="00EB605F"/>
          <w:p w14:paraId="130B06BB" w14:textId="77777777" w:rsidR="00EB605F" w:rsidRDefault="00000000">
            <w:r>
              <w:t>________________</w:t>
            </w:r>
          </w:p>
          <w:p w14:paraId="290DF75F" w14:textId="77777777" w:rsidR="00EB605F" w:rsidRDefault="00000000">
            <w:r>
              <w:t>________________</w:t>
            </w:r>
          </w:p>
        </w:tc>
        <w:tc>
          <w:tcPr>
            <w:tcW w:w="3408" w:type="dxa"/>
            <w:vAlign w:val="center"/>
          </w:tcPr>
          <w:p w14:paraId="17D7BD46" w14:textId="77777777" w:rsidR="00EB605F" w:rsidRDefault="00EB605F"/>
          <w:p w14:paraId="4A84DE07" w14:textId="77777777" w:rsidR="00EB605F" w:rsidRDefault="00000000">
            <w:r>
              <w:t>________________</w:t>
            </w:r>
          </w:p>
          <w:p w14:paraId="664683D7" w14:textId="77777777" w:rsidR="00EB605F" w:rsidRDefault="00000000">
            <w:r>
              <w:t>________________</w:t>
            </w:r>
          </w:p>
        </w:tc>
      </w:tr>
      <w:tr w:rsidR="00EB605F" w14:paraId="1C066C39" w14:textId="77777777">
        <w:trPr>
          <w:jc w:val="center"/>
        </w:trPr>
        <w:tc>
          <w:tcPr>
            <w:tcW w:w="3408" w:type="dxa"/>
            <w:vAlign w:val="center"/>
          </w:tcPr>
          <w:p w14:paraId="449FF849" w14:textId="77777777" w:rsidR="00EB605F" w:rsidRDefault="00000000">
            <w:r>
              <w:rPr>
                <w:sz w:val="19"/>
              </w:rPr>
              <w:t>Prosci’s ADKAR</w:t>
            </w:r>
          </w:p>
        </w:tc>
        <w:tc>
          <w:tcPr>
            <w:tcW w:w="3408" w:type="dxa"/>
            <w:vAlign w:val="center"/>
          </w:tcPr>
          <w:p w14:paraId="4804D266" w14:textId="77777777" w:rsidR="00EB605F" w:rsidRDefault="00EB605F"/>
          <w:p w14:paraId="7C0870A3" w14:textId="77777777" w:rsidR="00EB605F" w:rsidRDefault="00000000">
            <w:r>
              <w:t>________________</w:t>
            </w:r>
          </w:p>
          <w:p w14:paraId="6AD61865" w14:textId="77777777" w:rsidR="00EB605F" w:rsidRDefault="00000000">
            <w:r>
              <w:t>________________</w:t>
            </w:r>
          </w:p>
        </w:tc>
        <w:tc>
          <w:tcPr>
            <w:tcW w:w="3408" w:type="dxa"/>
            <w:vAlign w:val="center"/>
          </w:tcPr>
          <w:p w14:paraId="3272CC35" w14:textId="77777777" w:rsidR="00EB605F" w:rsidRDefault="00EB605F"/>
          <w:p w14:paraId="7910EE48" w14:textId="77777777" w:rsidR="00EB605F" w:rsidRDefault="00000000">
            <w:r>
              <w:t>________________</w:t>
            </w:r>
          </w:p>
          <w:p w14:paraId="199248FA" w14:textId="77777777" w:rsidR="00EB605F" w:rsidRDefault="00000000">
            <w:r>
              <w:t>________________</w:t>
            </w:r>
          </w:p>
        </w:tc>
      </w:tr>
    </w:tbl>
    <w:p w14:paraId="3D729289" w14:textId="77777777" w:rsidR="00EB605F" w:rsidRDefault="00000000">
      <w:pPr>
        <w:spacing w:after="100" w:line="252" w:lineRule="auto"/>
      </w:pPr>
      <w:r>
        <w:br w:type="page"/>
      </w:r>
    </w:p>
    <w:p w14:paraId="2BDB5328" w14:textId="77777777" w:rsidR="00EB605F" w:rsidRPr="007E207F" w:rsidRDefault="00000000">
      <w:pPr>
        <w:pStyle w:val="Heading1"/>
        <w:spacing w:after="100" w:line="252" w:lineRule="auto"/>
        <w:rPr>
          <w:sz w:val="32"/>
          <w:szCs w:val="32"/>
        </w:rPr>
      </w:pPr>
      <w:proofErr w:type="spellStart"/>
      <w:r w:rsidRPr="007E207F">
        <w:rPr>
          <w:sz w:val="32"/>
          <w:szCs w:val="32"/>
        </w:rPr>
        <w:lastRenderedPageBreak/>
        <w:t>Prosci’s</w:t>
      </w:r>
      <w:proofErr w:type="spellEnd"/>
      <w:r w:rsidRPr="007E207F">
        <w:rPr>
          <w:sz w:val="32"/>
          <w:szCs w:val="32"/>
        </w:rPr>
        <w:t xml:space="preserve"> ADKAR</w:t>
      </w:r>
    </w:p>
    <w:tbl>
      <w:tblPr>
        <w:tblStyle w:val="TableGrid"/>
        <w:tblW w:w="0" w:type="auto"/>
        <w:jc w:val="center"/>
        <w:tblLook w:val="04A0" w:firstRow="1" w:lastRow="0" w:firstColumn="1" w:lastColumn="0" w:noHBand="0" w:noVBand="1"/>
      </w:tblPr>
      <w:tblGrid>
        <w:gridCol w:w="3408"/>
        <w:gridCol w:w="3408"/>
        <w:gridCol w:w="3408"/>
      </w:tblGrid>
      <w:tr w:rsidR="00EB605F" w14:paraId="54BA816E" w14:textId="77777777">
        <w:trPr>
          <w:jc w:val="center"/>
        </w:trPr>
        <w:tc>
          <w:tcPr>
            <w:tcW w:w="3408" w:type="dxa"/>
            <w:shd w:val="clear" w:color="auto" w:fill="17365D"/>
            <w:vAlign w:val="center"/>
          </w:tcPr>
          <w:p w14:paraId="1811F3E9" w14:textId="77777777" w:rsidR="00EB605F" w:rsidRDefault="00000000">
            <w:r>
              <w:rPr>
                <w:b/>
                <w:color w:val="FFFFFF"/>
                <w:sz w:val="19"/>
              </w:rPr>
              <w:t>ADKAR Element</w:t>
            </w:r>
          </w:p>
        </w:tc>
        <w:tc>
          <w:tcPr>
            <w:tcW w:w="3408" w:type="dxa"/>
            <w:shd w:val="clear" w:color="auto" w:fill="17365D"/>
            <w:vAlign w:val="center"/>
          </w:tcPr>
          <w:p w14:paraId="03C6E4F9" w14:textId="77777777" w:rsidR="00EB605F" w:rsidRDefault="00000000">
            <w:r>
              <w:rPr>
                <w:b/>
                <w:color w:val="FFFFFF"/>
                <w:sz w:val="19"/>
              </w:rPr>
              <w:t>Meaning / Key Question</w:t>
            </w:r>
          </w:p>
        </w:tc>
        <w:tc>
          <w:tcPr>
            <w:tcW w:w="3408" w:type="dxa"/>
            <w:shd w:val="clear" w:color="auto" w:fill="17365D"/>
            <w:vAlign w:val="center"/>
          </w:tcPr>
          <w:p w14:paraId="004AE832" w14:textId="77777777" w:rsidR="00EB605F" w:rsidRDefault="00000000">
            <w:r>
              <w:rPr>
                <w:b/>
                <w:color w:val="FFFFFF"/>
                <w:sz w:val="19"/>
              </w:rPr>
              <w:t>My Notes</w:t>
            </w:r>
          </w:p>
        </w:tc>
      </w:tr>
      <w:tr w:rsidR="00EB605F" w14:paraId="5024A00B" w14:textId="77777777">
        <w:trPr>
          <w:jc w:val="center"/>
        </w:trPr>
        <w:tc>
          <w:tcPr>
            <w:tcW w:w="3408" w:type="dxa"/>
            <w:vAlign w:val="center"/>
          </w:tcPr>
          <w:p w14:paraId="12044CCE" w14:textId="77777777" w:rsidR="00EB605F" w:rsidRDefault="00000000">
            <w:r>
              <w:rPr>
                <w:sz w:val="19"/>
              </w:rPr>
              <w:t>Awareness</w:t>
            </w:r>
          </w:p>
        </w:tc>
        <w:tc>
          <w:tcPr>
            <w:tcW w:w="3408" w:type="dxa"/>
            <w:vAlign w:val="center"/>
          </w:tcPr>
          <w:p w14:paraId="4A0335A8" w14:textId="77777777" w:rsidR="00EB605F" w:rsidRDefault="00000000">
            <w:r>
              <w:rPr>
                <w:sz w:val="19"/>
              </w:rPr>
              <w:t>What is and isn’t working? Why is change important?</w:t>
            </w:r>
          </w:p>
        </w:tc>
        <w:tc>
          <w:tcPr>
            <w:tcW w:w="3408" w:type="dxa"/>
            <w:vAlign w:val="center"/>
          </w:tcPr>
          <w:p w14:paraId="782E380F" w14:textId="77777777" w:rsidR="00EB605F" w:rsidRDefault="00EB605F"/>
          <w:p w14:paraId="202982F9" w14:textId="77777777" w:rsidR="00EB605F" w:rsidRDefault="00000000">
            <w:r>
              <w:t>________________</w:t>
            </w:r>
          </w:p>
          <w:p w14:paraId="7392571B" w14:textId="77777777" w:rsidR="00EB605F" w:rsidRDefault="00000000">
            <w:r>
              <w:t>________________</w:t>
            </w:r>
          </w:p>
        </w:tc>
      </w:tr>
      <w:tr w:rsidR="00EB605F" w14:paraId="27656311" w14:textId="77777777">
        <w:trPr>
          <w:jc w:val="center"/>
        </w:trPr>
        <w:tc>
          <w:tcPr>
            <w:tcW w:w="3408" w:type="dxa"/>
            <w:vAlign w:val="center"/>
          </w:tcPr>
          <w:p w14:paraId="281C9BCA" w14:textId="77777777" w:rsidR="00EB605F" w:rsidRDefault="00000000">
            <w:r>
              <w:rPr>
                <w:sz w:val="19"/>
              </w:rPr>
              <w:t>Desire</w:t>
            </w:r>
          </w:p>
        </w:tc>
        <w:tc>
          <w:tcPr>
            <w:tcW w:w="3408" w:type="dxa"/>
            <w:vAlign w:val="center"/>
          </w:tcPr>
          <w:p w14:paraId="6C916D65" w14:textId="77777777" w:rsidR="00EB605F" w:rsidRDefault="00000000">
            <w:r>
              <w:rPr>
                <w:sz w:val="19"/>
              </w:rPr>
              <w:t>What will build willingness to participate in the change?</w:t>
            </w:r>
          </w:p>
        </w:tc>
        <w:tc>
          <w:tcPr>
            <w:tcW w:w="3408" w:type="dxa"/>
            <w:vAlign w:val="center"/>
          </w:tcPr>
          <w:p w14:paraId="221EB3CE" w14:textId="77777777" w:rsidR="00EB605F" w:rsidRDefault="00EB605F"/>
          <w:p w14:paraId="0EE49FE9" w14:textId="77777777" w:rsidR="00EB605F" w:rsidRDefault="00000000">
            <w:r>
              <w:t>________________</w:t>
            </w:r>
          </w:p>
          <w:p w14:paraId="73D7585A" w14:textId="77777777" w:rsidR="00EB605F" w:rsidRDefault="00000000">
            <w:r>
              <w:t>________________</w:t>
            </w:r>
          </w:p>
        </w:tc>
      </w:tr>
      <w:tr w:rsidR="00EB605F" w14:paraId="524FF0DA" w14:textId="77777777">
        <w:trPr>
          <w:jc w:val="center"/>
        </w:trPr>
        <w:tc>
          <w:tcPr>
            <w:tcW w:w="3408" w:type="dxa"/>
            <w:vAlign w:val="center"/>
          </w:tcPr>
          <w:p w14:paraId="77964C14" w14:textId="77777777" w:rsidR="00EB605F" w:rsidRDefault="00000000">
            <w:r>
              <w:rPr>
                <w:sz w:val="19"/>
              </w:rPr>
              <w:t>Knowledge</w:t>
            </w:r>
          </w:p>
        </w:tc>
        <w:tc>
          <w:tcPr>
            <w:tcW w:w="3408" w:type="dxa"/>
            <w:vAlign w:val="center"/>
          </w:tcPr>
          <w:p w14:paraId="5BF1915A" w14:textId="77777777" w:rsidR="00EB605F" w:rsidRDefault="00000000">
            <w:r>
              <w:rPr>
                <w:sz w:val="19"/>
              </w:rPr>
              <w:t>What do people need to know or learn?</w:t>
            </w:r>
          </w:p>
        </w:tc>
        <w:tc>
          <w:tcPr>
            <w:tcW w:w="3408" w:type="dxa"/>
            <w:vAlign w:val="center"/>
          </w:tcPr>
          <w:p w14:paraId="5D620DB9" w14:textId="77777777" w:rsidR="00EB605F" w:rsidRDefault="00EB605F"/>
          <w:p w14:paraId="15B55EDB" w14:textId="77777777" w:rsidR="00EB605F" w:rsidRDefault="00000000">
            <w:r>
              <w:t>________________</w:t>
            </w:r>
          </w:p>
          <w:p w14:paraId="6A04B991" w14:textId="77777777" w:rsidR="00EB605F" w:rsidRDefault="00000000">
            <w:r>
              <w:t>________________</w:t>
            </w:r>
          </w:p>
        </w:tc>
      </w:tr>
      <w:tr w:rsidR="00EB605F" w14:paraId="42C1711E" w14:textId="77777777">
        <w:trPr>
          <w:jc w:val="center"/>
        </w:trPr>
        <w:tc>
          <w:tcPr>
            <w:tcW w:w="3408" w:type="dxa"/>
            <w:vAlign w:val="center"/>
          </w:tcPr>
          <w:p w14:paraId="5FD7BABA" w14:textId="77777777" w:rsidR="00EB605F" w:rsidRDefault="00000000">
            <w:r>
              <w:rPr>
                <w:sz w:val="19"/>
              </w:rPr>
              <w:t>Ability</w:t>
            </w:r>
          </w:p>
        </w:tc>
        <w:tc>
          <w:tcPr>
            <w:tcW w:w="3408" w:type="dxa"/>
            <w:vAlign w:val="center"/>
          </w:tcPr>
          <w:p w14:paraId="7223621C" w14:textId="77777777" w:rsidR="00EB605F" w:rsidRDefault="00000000">
            <w:r>
              <w:rPr>
                <w:sz w:val="19"/>
              </w:rPr>
              <w:t>What must people be able to do differently?</w:t>
            </w:r>
          </w:p>
        </w:tc>
        <w:tc>
          <w:tcPr>
            <w:tcW w:w="3408" w:type="dxa"/>
            <w:vAlign w:val="center"/>
          </w:tcPr>
          <w:p w14:paraId="5277C5A1" w14:textId="77777777" w:rsidR="00EB605F" w:rsidRDefault="00EB605F"/>
          <w:p w14:paraId="57E59C43" w14:textId="77777777" w:rsidR="00EB605F" w:rsidRDefault="00000000">
            <w:r>
              <w:t>________________</w:t>
            </w:r>
          </w:p>
          <w:p w14:paraId="1EA889F6" w14:textId="77777777" w:rsidR="00EB605F" w:rsidRDefault="00000000">
            <w:r>
              <w:t>________________</w:t>
            </w:r>
          </w:p>
        </w:tc>
      </w:tr>
      <w:tr w:rsidR="00EB605F" w14:paraId="012D2291" w14:textId="77777777">
        <w:trPr>
          <w:jc w:val="center"/>
        </w:trPr>
        <w:tc>
          <w:tcPr>
            <w:tcW w:w="3408" w:type="dxa"/>
            <w:vAlign w:val="center"/>
          </w:tcPr>
          <w:p w14:paraId="121D6212" w14:textId="77777777" w:rsidR="00EB605F" w:rsidRDefault="00000000">
            <w:r>
              <w:rPr>
                <w:sz w:val="19"/>
              </w:rPr>
              <w:t>Reinforcement</w:t>
            </w:r>
          </w:p>
        </w:tc>
        <w:tc>
          <w:tcPr>
            <w:tcW w:w="3408" w:type="dxa"/>
            <w:vAlign w:val="center"/>
          </w:tcPr>
          <w:p w14:paraId="0C47FBAC" w14:textId="77777777" w:rsidR="00EB605F" w:rsidRDefault="00000000">
            <w:r>
              <w:rPr>
                <w:sz w:val="19"/>
              </w:rPr>
              <w:t>What will sustain the change?</w:t>
            </w:r>
          </w:p>
        </w:tc>
        <w:tc>
          <w:tcPr>
            <w:tcW w:w="3408" w:type="dxa"/>
            <w:vAlign w:val="center"/>
          </w:tcPr>
          <w:p w14:paraId="408EB2A0" w14:textId="77777777" w:rsidR="00EB605F" w:rsidRDefault="00EB605F"/>
          <w:p w14:paraId="3D67865B" w14:textId="77777777" w:rsidR="00EB605F" w:rsidRDefault="00000000">
            <w:r>
              <w:t>________________</w:t>
            </w:r>
          </w:p>
          <w:p w14:paraId="479A2FEB" w14:textId="77777777" w:rsidR="00EB605F" w:rsidRDefault="00000000">
            <w:r>
              <w:t>________________</w:t>
            </w:r>
          </w:p>
        </w:tc>
      </w:tr>
    </w:tbl>
    <w:p w14:paraId="3B93C023" w14:textId="77777777" w:rsidR="00EB605F" w:rsidRPr="007E207F" w:rsidRDefault="00000000" w:rsidP="007E207F">
      <w:pPr>
        <w:pStyle w:val="Heading1"/>
        <w:spacing w:before="120" w:after="120" w:line="252" w:lineRule="auto"/>
        <w:rPr>
          <w:sz w:val="32"/>
          <w:szCs w:val="32"/>
        </w:rPr>
      </w:pPr>
      <w:r w:rsidRPr="007E207F">
        <w:rPr>
          <w:sz w:val="32"/>
          <w:szCs w:val="32"/>
        </w:rPr>
        <w:t>Apply ADKAR to Your Change</w:t>
      </w:r>
    </w:p>
    <w:tbl>
      <w:tblPr>
        <w:tblStyle w:val="TableGrid"/>
        <w:tblW w:w="0" w:type="auto"/>
        <w:jc w:val="center"/>
        <w:tblLook w:val="04A0" w:firstRow="1" w:lastRow="0" w:firstColumn="1" w:lastColumn="0" w:noHBand="0" w:noVBand="1"/>
      </w:tblPr>
      <w:tblGrid>
        <w:gridCol w:w="5112"/>
        <w:gridCol w:w="5112"/>
      </w:tblGrid>
      <w:tr w:rsidR="00EB605F" w14:paraId="6165E2E1" w14:textId="77777777">
        <w:trPr>
          <w:jc w:val="center"/>
        </w:trPr>
        <w:tc>
          <w:tcPr>
            <w:tcW w:w="5112" w:type="dxa"/>
            <w:shd w:val="clear" w:color="auto" w:fill="17365D"/>
            <w:vAlign w:val="center"/>
          </w:tcPr>
          <w:p w14:paraId="2E3EBFAE" w14:textId="77777777" w:rsidR="00EB605F" w:rsidRDefault="00000000">
            <w:r>
              <w:rPr>
                <w:b/>
                <w:color w:val="FFFFFF"/>
                <w:sz w:val="19"/>
              </w:rPr>
              <w:t>Element</w:t>
            </w:r>
          </w:p>
        </w:tc>
        <w:tc>
          <w:tcPr>
            <w:tcW w:w="5112" w:type="dxa"/>
            <w:shd w:val="clear" w:color="auto" w:fill="17365D"/>
            <w:vAlign w:val="center"/>
          </w:tcPr>
          <w:p w14:paraId="384C47A9" w14:textId="77777777" w:rsidR="00EB605F" w:rsidRDefault="00000000">
            <w:r>
              <w:rPr>
                <w:b/>
                <w:color w:val="FFFFFF"/>
                <w:sz w:val="19"/>
              </w:rPr>
              <w:t>What is needed for my team?</w:t>
            </w:r>
          </w:p>
        </w:tc>
      </w:tr>
      <w:tr w:rsidR="00EB605F" w14:paraId="45FE5837" w14:textId="77777777">
        <w:trPr>
          <w:jc w:val="center"/>
        </w:trPr>
        <w:tc>
          <w:tcPr>
            <w:tcW w:w="5112" w:type="dxa"/>
            <w:vAlign w:val="center"/>
          </w:tcPr>
          <w:p w14:paraId="1CBDAC54" w14:textId="77777777" w:rsidR="00EB605F" w:rsidRDefault="00000000">
            <w:r>
              <w:rPr>
                <w:sz w:val="19"/>
              </w:rPr>
              <w:t>Awareness</w:t>
            </w:r>
          </w:p>
        </w:tc>
        <w:tc>
          <w:tcPr>
            <w:tcW w:w="5112" w:type="dxa"/>
            <w:vAlign w:val="center"/>
          </w:tcPr>
          <w:p w14:paraId="3388DD25" w14:textId="77777777" w:rsidR="00EB605F" w:rsidRDefault="00EB605F"/>
          <w:p w14:paraId="2498AAFC" w14:textId="77777777" w:rsidR="00EB605F" w:rsidRDefault="00000000">
            <w:r>
              <w:t>________________</w:t>
            </w:r>
          </w:p>
          <w:p w14:paraId="0FE45786" w14:textId="77777777" w:rsidR="00EB605F" w:rsidRDefault="00000000">
            <w:r>
              <w:t>________________</w:t>
            </w:r>
          </w:p>
        </w:tc>
      </w:tr>
      <w:tr w:rsidR="00EB605F" w14:paraId="3D8CF8B2" w14:textId="77777777">
        <w:trPr>
          <w:jc w:val="center"/>
        </w:trPr>
        <w:tc>
          <w:tcPr>
            <w:tcW w:w="5112" w:type="dxa"/>
            <w:vAlign w:val="center"/>
          </w:tcPr>
          <w:p w14:paraId="498B1A16" w14:textId="77777777" w:rsidR="00EB605F" w:rsidRDefault="00000000">
            <w:r>
              <w:rPr>
                <w:sz w:val="19"/>
              </w:rPr>
              <w:t>Desire</w:t>
            </w:r>
          </w:p>
        </w:tc>
        <w:tc>
          <w:tcPr>
            <w:tcW w:w="5112" w:type="dxa"/>
            <w:vAlign w:val="center"/>
          </w:tcPr>
          <w:p w14:paraId="78748B3D" w14:textId="77777777" w:rsidR="00EB605F" w:rsidRDefault="00EB605F"/>
          <w:p w14:paraId="2A0EADC7" w14:textId="77777777" w:rsidR="00EB605F" w:rsidRDefault="00000000">
            <w:r>
              <w:t>________________</w:t>
            </w:r>
          </w:p>
          <w:p w14:paraId="102D867C" w14:textId="77777777" w:rsidR="00EB605F" w:rsidRDefault="00000000">
            <w:r>
              <w:t>________________</w:t>
            </w:r>
          </w:p>
        </w:tc>
      </w:tr>
      <w:tr w:rsidR="00EB605F" w14:paraId="26902B5A" w14:textId="77777777">
        <w:trPr>
          <w:jc w:val="center"/>
        </w:trPr>
        <w:tc>
          <w:tcPr>
            <w:tcW w:w="5112" w:type="dxa"/>
            <w:vAlign w:val="center"/>
          </w:tcPr>
          <w:p w14:paraId="642DA099" w14:textId="77777777" w:rsidR="00EB605F" w:rsidRDefault="00000000">
            <w:r>
              <w:rPr>
                <w:sz w:val="19"/>
              </w:rPr>
              <w:t>Knowledge</w:t>
            </w:r>
          </w:p>
        </w:tc>
        <w:tc>
          <w:tcPr>
            <w:tcW w:w="5112" w:type="dxa"/>
            <w:vAlign w:val="center"/>
          </w:tcPr>
          <w:p w14:paraId="457708EA" w14:textId="77777777" w:rsidR="00EB605F" w:rsidRDefault="00EB605F"/>
          <w:p w14:paraId="029DD21A" w14:textId="77777777" w:rsidR="00EB605F" w:rsidRDefault="00000000">
            <w:r>
              <w:t>________________</w:t>
            </w:r>
          </w:p>
          <w:p w14:paraId="7B91E1CB" w14:textId="77777777" w:rsidR="00EB605F" w:rsidRDefault="00000000">
            <w:r>
              <w:t>________________</w:t>
            </w:r>
          </w:p>
        </w:tc>
      </w:tr>
      <w:tr w:rsidR="00EB605F" w14:paraId="76B8F542" w14:textId="77777777">
        <w:trPr>
          <w:jc w:val="center"/>
        </w:trPr>
        <w:tc>
          <w:tcPr>
            <w:tcW w:w="5112" w:type="dxa"/>
            <w:vAlign w:val="center"/>
          </w:tcPr>
          <w:p w14:paraId="03DBD6D1" w14:textId="77777777" w:rsidR="00EB605F" w:rsidRDefault="00000000">
            <w:r>
              <w:rPr>
                <w:sz w:val="19"/>
              </w:rPr>
              <w:t>Ability</w:t>
            </w:r>
          </w:p>
        </w:tc>
        <w:tc>
          <w:tcPr>
            <w:tcW w:w="5112" w:type="dxa"/>
            <w:vAlign w:val="center"/>
          </w:tcPr>
          <w:p w14:paraId="23CCCF78" w14:textId="77777777" w:rsidR="00EB605F" w:rsidRDefault="00EB605F"/>
          <w:p w14:paraId="033FE346" w14:textId="77777777" w:rsidR="00EB605F" w:rsidRDefault="00000000">
            <w:r>
              <w:t>________________</w:t>
            </w:r>
          </w:p>
          <w:p w14:paraId="44FE9C24" w14:textId="77777777" w:rsidR="00EB605F" w:rsidRDefault="00000000">
            <w:r>
              <w:t>________________</w:t>
            </w:r>
          </w:p>
        </w:tc>
      </w:tr>
      <w:tr w:rsidR="00EB605F" w14:paraId="671AAC22" w14:textId="77777777">
        <w:trPr>
          <w:jc w:val="center"/>
        </w:trPr>
        <w:tc>
          <w:tcPr>
            <w:tcW w:w="5112" w:type="dxa"/>
            <w:vAlign w:val="center"/>
          </w:tcPr>
          <w:p w14:paraId="30A5D033" w14:textId="77777777" w:rsidR="00EB605F" w:rsidRDefault="00000000">
            <w:r>
              <w:rPr>
                <w:sz w:val="19"/>
              </w:rPr>
              <w:t>Reinforcement</w:t>
            </w:r>
          </w:p>
        </w:tc>
        <w:tc>
          <w:tcPr>
            <w:tcW w:w="5112" w:type="dxa"/>
            <w:vAlign w:val="center"/>
          </w:tcPr>
          <w:p w14:paraId="64310BAB" w14:textId="77777777" w:rsidR="00EB605F" w:rsidRDefault="00EB605F"/>
          <w:p w14:paraId="4899827A" w14:textId="77777777" w:rsidR="00EB605F" w:rsidRDefault="00000000">
            <w:r>
              <w:t>________________</w:t>
            </w:r>
          </w:p>
          <w:p w14:paraId="442F569D" w14:textId="77777777" w:rsidR="00EB605F" w:rsidRDefault="00000000">
            <w:r>
              <w:t>________________</w:t>
            </w:r>
          </w:p>
        </w:tc>
      </w:tr>
    </w:tbl>
    <w:p w14:paraId="054A9229" w14:textId="77777777" w:rsidR="00EB605F" w:rsidRDefault="00000000">
      <w:pPr>
        <w:spacing w:after="100" w:line="252" w:lineRule="auto"/>
      </w:pPr>
      <w:r>
        <w:br w:type="page"/>
      </w:r>
    </w:p>
    <w:p w14:paraId="18D5E166" w14:textId="77777777" w:rsidR="00EB605F" w:rsidRPr="007E207F" w:rsidRDefault="00000000">
      <w:pPr>
        <w:pStyle w:val="Heading1"/>
        <w:spacing w:after="100" w:line="252" w:lineRule="auto"/>
        <w:rPr>
          <w:sz w:val="32"/>
          <w:szCs w:val="32"/>
        </w:rPr>
      </w:pPr>
      <w:r w:rsidRPr="007E207F">
        <w:rPr>
          <w:sz w:val="32"/>
          <w:szCs w:val="32"/>
        </w:rPr>
        <w:lastRenderedPageBreak/>
        <w:t>Choose a Change Strategy That Fits</w:t>
      </w:r>
    </w:p>
    <w:p w14:paraId="6034C9DD" w14:textId="77777777" w:rsidR="00EB605F" w:rsidRDefault="00000000">
      <w:pPr>
        <w:spacing w:after="100" w:line="252" w:lineRule="auto"/>
      </w:pPr>
      <w:r>
        <w:t>Consider your current organization:</w:t>
      </w:r>
    </w:p>
    <w:p w14:paraId="64310BE2" w14:textId="77777777" w:rsidR="00EB605F" w:rsidRDefault="00000000">
      <w:pPr>
        <w:spacing w:after="100" w:line="252" w:lineRule="auto"/>
      </w:pPr>
      <w:r>
        <w:rPr>
          <w:b/>
        </w:rPr>
        <w:t>What change strategy will work best for your culture?</w:t>
      </w:r>
    </w:p>
    <w:p w14:paraId="48A1CCD2" w14:textId="77777777" w:rsidR="00EB605F" w:rsidRDefault="00000000">
      <w:pPr>
        <w:spacing w:after="100" w:line="252" w:lineRule="auto"/>
      </w:pPr>
      <w:r>
        <w:rPr>
          <w:color w:val="999999"/>
        </w:rPr>
        <w:t>________________________________________________________________________________</w:t>
      </w:r>
    </w:p>
    <w:p w14:paraId="023B6777" w14:textId="77777777" w:rsidR="00EB605F" w:rsidRDefault="00000000">
      <w:pPr>
        <w:spacing w:after="100" w:line="252" w:lineRule="auto"/>
      </w:pPr>
      <w:r>
        <w:rPr>
          <w:color w:val="999999"/>
        </w:rPr>
        <w:t>________________________________________________________________________________</w:t>
      </w:r>
    </w:p>
    <w:p w14:paraId="3BFCE52C" w14:textId="77777777" w:rsidR="00EB605F" w:rsidRDefault="00000000">
      <w:pPr>
        <w:spacing w:after="100" w:line="252" w:lineRule="auto"/>
      </w:pPr>
      <w:r>
        <w:rPr>
          <w:color w:val="999999"/>
        </w:rPr>
        <w:t>________________________________________________________________________________</w:t>
      </w:r>
    </w:p>
    <w:p w14:paraId="6FF09184" w14:textId="77777777" w:rsidR="00EB605F" w:rsidRDefault="00000000">
      <w:pPr>
        <w:spacing w:after="100" w:line="252" w:lineRule="auto"/>
      </w:pPr>
      <w:r>
        <w:rPr>
          <w:b/>
        </w:rPr>
        <w:t>What change strategy best fits your team?</w:t>
      </w:r>
    </w:p>
    <w:p w14:paraId="7B0B5F33" w14:textId="77777777" w:rsidR="00EB605F" w:rsidRDefault="00000000">
      <w:pPr>
        <w:spacing w:after="100" w:line="252" w:lineRule="auto"/>
      </w:pPr>
      <w:r>
        <w:rPr>
          <w:color w:val="999999"/>
        </w:rPr>
        <w:t>________________________________________________________________________________</w:t>
      </w:r>
    </w:p>
    <w:p w14:paraId="7E501718" w14:textId="77777777" w:rsidR="00EB605F" w:rsidRDefault="00000000">
      <w:pPr>
        <w:spacing w:after="100" w:line="252" w:lineRule="auto"/>
      </w:pPr>
      <w:r>
        <w:rPr>
          <w:color w:val="999999"/>
        </w:rPr>
        <w:t>________________________________________________________________________________</w:t>
      </w:r>
    </w:p>
    <w:p w14:paraId="6192DF64" w14:textId="77777777" w:rsidR="00EB605F" w:rsidRDefault="00000000">
      <w:pPr>
        <w:spacing w:after="100" w:line="252" w:lineRule="auto"/>
      </w:pPr>
      <w:r>
        <w:rPr>
          <w:color w:val="999999"/>
        </w:rPr>
        <w:t>________________________________________________________________________________</w:t>
      </w:r>
    </w:p>
    <w:p w14:paraId="5A90D9EA" w14:textId="77777777" w:rsidR="00EB605F" w:rsidRDefault="00000000">
      <w:pPr>
        <w:spacing w:after="100" w:line="252" w:lineRule="auto"/>
      </w:pPr>
      <w:r>
        <w:rPr>
          <w:b/>
        </w:rPr>
        <w:t>What change strategy best fits your leadership style?</w:t>
      </w:r>
    </w:p>
    <w:p w14:paraId="0204D701" w14:textId="77777777" w:rsidR="00EB605F" w:rsidRDefault="00000000">
      <w:pPr>
        <w:spacing w:after="100" w:line="252" w:lineRule="auto"/>
      </w:pPr>
      <w:r>
        <w:rPr>
          <w:color w:val="999999"/>
        </w:rPr>
        <w:t>________________________________________________________________________________</w:t>
      </w:r>
    </w:p>
    <w:p w14:paraId="0EB8F18C" w14:textId="77777777" w:rsidR="00EB605F" w:rsidRDefault="00000000">
      <w:pPr>
        <w:spacing w:after="100" w:line="252" w:lineRule="auto"/>
      </w:pPr>
      <w:r>
        <w:rPr>
          <w:color w:val="999999"/>
        </w:rPr>
        <w:t>________________________________________________________________________________</w:t>
      </w:r>
    </w:p>
    <w:p w14:paraId="68173378" w14:textId="77777777" w:rsidR="00EB605F" w:rsidRDefault="00000000">
      <w:pPr>
        <w:spacing w:after="100" w:line="252" w:lineRule="auto"/>
      </w:pPr>
      <w:r>
        <w:rPr>
          <w:color w:val="999999"/>
        </w:rPr>
        <w:t>________________________________________________________________________________</w:t>
      </w:r>
    </w:p>
    <w:tbl>
      <w:tblPr>
        <w:tblW w:w="0" w:type="auto"/>
        <w:jc w:val="center"/>
        <w:tblLook w:val="04A0" w:firstRow="1" w:lastRow="0" w:firstColumn="1" w:lastColumn="0" w:noHBand="0" w:noVBand="1"/>
      </w:tblPr>
      <w:tblGrid>
        <w:gridCol w:w="10224"/>
      </w:tblGrid>
      <w:tr w:rsidR="00EB605F" w14:paraId="691B1FB3" w14:textId="77777777">
        <w:trPr>
          <w:jc w:val="center"/>
        </w:trPr>
        <w:tc>
          <w:tcPr>
            <w:tcW w:w="10224" w:type="dxa"/>
            <w:shd w:val="clear" w:color="auto" w:fill="F7F9FB"/>
            <w:vAlign w:val="center"/>
          </w:tcPr>
          <w:p w14:paraId="5D1E687F" w14:textId="77777777" w:rsidR="00EB605F" w:rsidRDefault="00000000">
            <w:r>
              <w:rPr>
                <w:b/>
                <w:color w:val="17365D"/>
              </w:rPr>
              <w:t>Strategy I am leaning toward—and why:</w:t>
            </w:r>
          </w:p>
          <w:p w14:paraId="729BAB2C" w14:textId="77777777" w:rsidR="00EB605F" w:rsidRDefault="00000000">
            <w:pPr>
              <w:spacing w:after="40"/>
            </w:pPr>
            <w:r>
              <w:rPr>
                <w:color w:val="AAAAAA"/>
              </w:rPr>
              <w:t>________________________________________________________________________________</w:t>
            </w:r>
          </w:p>
          <w:p w14:paraId="5902AB6C" w14:textId="77777777" w:rsidR="00EB605F" w:rsidRDefault="00000000">
            <w:pPr>
              <w:spacing w:after="40"/>
            </w:pPr>
            <w:r>
              <w:rPr>
                <w:color w:val="AAAAAA"/>
              </w:rPr>
              <w:t>________________________________________________________________________________</w:t>
            </w:r>
          </w:p>
          <w:p w14:paraId="5677326A" w14:textId="77777777" w:rsidR="00EB605F" w:rsidRDefault="00000000">
            <w:pPr>
              <w:spacing w:after="40"/>
            </w:pPr>
            <w:r>
              <w:rPr>
                <w:color w:val="AAAAAA"/>
              </w:rPr>
              <w:t>________________________________________________________________________________</w:t>
            </w:r>
          </w:p>
          <w:p w14:paraId="35D5E0BA" w14:textId="77777777" w:rsidR="00EB605F" w:rsidRDefault="00000000">
            <w:pPr>
              <w:spacing w:after="40"/>
            </w:pPr>
            <w:r>
              <w:rPr>
                <w:color w:val="AAAAAA"/>
              </w:rPr>
              <w:t>________________________________________________________________________________</w:t>
            </w:r>
          </w:p>
        </w:tc>
      </w:tr>
    </w:tbl>
    <w:p w14:paraId="509C17F4" w14:textId="77777777" w:rsidR="00EB605F" w:rsidRDefault="00EB605F">
      <w:pPr>
        <w:spacing w:after="100" w:line="252" w:lineRule="auto"/>
      </w:pPr>
    </w:p>
    <w:p w14:paraId="0F4FC422" w14:textId="77777777" w:rsidR="00EB605F" w:rsidRDefault="00000000">
      <w:pPr>
        <w:spacing w:after="100" w:line="252" w:lineRule="auto"/>
      </w:pPr>
      <w:r>
        <w:br w:type="page"/>
      </w:r>
    </w:p>
    <w:p w14:paraId="3D13F76B" w14:textId="70100FEF" w:rsidR="00EB605F" w:rsidRPr="007E207F" w:rsidRDefault="00000000" w:rsidP="007E207F">
      <w:pPr>
        <w:pStyle w:val="Heading1"/>
        <w:spacing w:after="100" w:line="252" w:lineRule="auto"/>
        <w:rPr>
          <w:sz w:val="32"/>
          <w:szCs w:val="32"/>
        </w:rPr>
      </w:pPr>
      <w:r w:rsidRPr="007E207F">
        <w:rPr>
          <w:sz w:val="32"/>
          <w:szCs w:val="32"/>
        </w:rPr>
        <w:lastRenderedPageBreak/>
        <w:t>Revisit and Revise the Change Plan Regularly</w:t>
      </w:r>
    </w:p>
    <w:tbl>
      <w:tblPr>
        <w:tblStyle w:val="TableGrid"/>
        <w:tblW w:w="0" w:type="auto"/>
        <w:jc w:val="center"/>
        <w:tblLook w:val="04A0" w:firstRow="1" w:lastRow="0" w:firstColumn="1" w:lastColumn="0" w:noHBand="0" w:noVBand="1"/>
      </w:tblPr>
      <w:tblGrid>
        <w:gridCol w:w="5112"/>
        <w:gridCol w:w="5112"/>
      </w:tblGrid>
      <w:tr w:rsidR="00EB605F" w14:paraId="0017DFDC" w14:textId="77777777">
        <w:trPr>
          <w:jc w:val="center"/>
        </w:trPr>
        <w:tc>
          <w:tcPr>
            <w:tcW w:w="5112" w:type="dxa"/>
            <w:shd w:val="clear" w:color="auto" w:fill="17365D"/>
            <w:vAlign w:val="center"/>
          </w:tcPr>
          <w:p w14:paraId="42078B5B" w14:textId="77777777" w:rsidR="00EB605F" w:rsidRDefault="00000000">
            <w:r>
              <w:rPr>
                <w:b/>
                <w:color w:val="FFFFFF"/>
                <w:sz w:val="19"/>
              </w:rPr>
              <w:t>Stage</w:t>
            </w:r>
          </w:p>
        </w:tc>
        <w:tc>
          <w:tcPr>
            <w:tcW w:w="5112" w:type="dxa"/>
            <w:shd w:val="clear" w:color="auto" w:fill="17365D"/>
            <w:vAlign w:val="center"/>
          </w:tcPr>
          <w:p w14:paraId="3679F77A" w14:textId="77777777" w:rsidR="00EB605F" w:rsidRDefault="00000000">
            <w:r>
              <w:rPr>
                <w:b/>
                <w:color w:val="FFFFFF"/>
                <w:sz w:val="19"/>
              </w:rPr>
              <w:t>What I will do for my change</w:t>
            </w:r>
          </w:p>
        </w:tc>
      </w:tr>
      <w:tr w:rsidR="00EB605F" w14:paraId="492C80B2" w14:textId="77777777">
        <w:trPr>
          <w:jc w:val="center"/>
        </w:trPr>
        <w:tc>
          <w:tcPr>
            <w:tcW w:w="5112" w:type="dxa"/>
            <w:vAlign w:val="center"/>
          </w:tcPr>
          <w:p w14:paraId="2EF3BAE9" w14:textId="77777777" w:rsidR="00EB605F" w:rsidRDefault="00000000">
            <w:r>
              <w:rPr>
                <w:sz w:val="19"/>
              </w:rPr>
              <w:t>PLAN</w:t>
            </w:r>
          </w:p>
        </w:tc>
        <w:tc>
          <w:tcPr>
            <w:tcW w:w="5112" w:type="dxa"/>
            <w:vAlign w:val="center"/>
          </w:tcPr>
          <w:p w14:paraId="57565B21" w14:textId="77777777" w:rsidR="00EB605F" w:rsidRDefault="00EB605F"/>
          <w:p w14:paraId="26F2EA57" w14:textId="77777777" w:rsidR="00EB605F" w:rsidRDefault="00000000">
            <w:r>
              <w:t>________________</w:t>
            </w:r>
          </w:p>
          <w:p w14:paraId="5014CDEB" w14:textId="77777777" w:rsidR="00EB605F" w:rsidRDefault="00000000">
            <w:r>
              <w:t>________________</w:t>
            </w:r>
          </w:p>
        </w:tc>
      </w:tr>
      <w:tr w:rsidR="00EB605F" w14:paraId="0D105FE2" w14:textId="77777777">
        <w:trPr>
          <w:jc w:val="center"/>
        </w:trPr>
        <w:tc>
          <w:tcPr>
            <w:tcW w:w="5112" w:type="dxa"/>
            <w:vAlign w:val="center"/>
          </w:tcPr>
          <w:p w14:paraId="4B51FBB7" w14:textId="77777777" w:rsidR="00EB605F" w:rsidRDefault="00000000">
            <w:r>
              <w:rPr>
                <w:sz w:val="19"/>
              </w:rPr>
              <w:t>DO</w:t>
            </w:r>
          </w:p>
        </w:tc>
        <w:tc>
          <w:tcPr>
            <w:tcW w:w="5112" w:type="dxa"/>
            <w:vAlign w:val="center"/>
          </w:tcPr>
          <w:p w14:paraId="23326729" w14:textId="77777777" w:rsidR="00EB605F" w:rsidRDefault="00EB605F"/>
          <w:p w14:paraId="5FAC54E7" w14:textId="77777777" w:rsidR="00EB605F" w:rsidRDefault="00000000">
            <w:r>
              <w:t>________________</w:t>
            </w:r>
          </w:p>
          <w:p w14:paraId="714206EB" w14:textId="77777777" w:rsidR="00EB605F" w:rsidRDefault="00000000">
            <w:r>
              <w:t>________________</w:t>
            </w:r>
          </w:p>
        </w:tc>
      </w:tr>
      <w:tr w:rsidR="00EB605F" w14:paraId="6550EC92" w14:textId="77777777">
        <w:trPr>
          <w:jc w:val="center"/>
        </w:trPr>
        <w:tc>
          <w:tcPr>
            <w:tcW w:w="5112" w:type="dxa"/>
            <w:vAlign w:val="center"/>
          </w:tcPr>
          <w:p w14:paraId="483B13FA" w14:textId="77777777" w:rsidR="00EB605F" w:rsidRDefault="00000000">
            <w:r>
              <w:rPr>
                <w:sz w:val="19"/>
              </w:rPr>
              <w:t>CHECK</w:t>
            </w:r>
          </w:p>
        </w:tc>
        <w:tc>
          <w:tcPr>
            <w:tcW w:w="5112" w:type="dxa"/>
            <w:vAlign w:val="center"/>
          </w:tcPr>
          <w:p w14:paraId="1D7A4479" w14:textId="77777777" w:rsidR="00EB605F" w:rsidRDefault="00EB605F"/>
          <w:p w14:paraId="76A1A9F3" w14:textId="77777777" w:rsidR="00EB605F" w:rsidRDefault="00000000">
            <w:r>
              <w:t>________________</w:t>
            </w:r>
          </w:p>
          <w:p w14:paraId="3301C0DF" w14:textId="77777777" w:rsidR="00EB605F" w:rsidRDefault="00000000">
            <w:r>
              <w:t>________________</w:t>
            </w:r>
          </w:p>
        </w:tc>
      </w:tr>
      <w:tr w:rsidR="00EB605F" w14:paraId="1BF35E09" w14:textId="77777777">
        <w:trPr>
          <w:jc w:val="center"/>
        </w:trPr>
        <w:tc>
          <w:tcPr>
            <w:tcW w:w="5112" w:type="dxa"/>
            <w:vAlign w:val="center"/>
          </w:tcPr>
          <w:p w14:paraId="6C909AC4" w14:textId="77777777" w:rsidR="00EB605F" w:rsidRDefault="00000000">
            <w:r>
              <w:rPr>
                <w:sz w:val="19"/>
              </w:rPr>
              <w:t>ACT</w:t>
            </w:r>
          </w:p>
        </w:tc>
        <w:tc>
          <w:tcPr>
            <w:tcW w:w="5112" w:type="dxa"/>
            <w:vAlign w:val="center"/>
          </w:tcPr>
          <w:p w14:paraId="028E4978" w14:textId="77777777" w:rsidR="00EB605F" w:rsidRDefault="00EB605F"/>
          <w:p w14:paraId="27A5223D" w14:textId="77777777" w:rsidR="00EB605F" w:rsidRDefault="00000000">
            <w:r>
              <w:t>________________</w:t>
            </w:r>
          </w:p>
          <w:p w14:paraId="051F46FF" w14:textId="77777777" w:rsidR="00EB605F" w:rsidRDefault="00000000">
            <w:r>
              <w:t>________________</w:t>
            </w:r>
          </w:p>
        </w:tc>
      </w:tr>
    </w:tbl>
    <w:p w14:paraId="1A6DB7B6" w14:textId="77777777" w:rsidR="00EB605F" w:rsidRPr="00110AF6" w:rsidRDefault="00000000" w:rsidP="00110AF6">
      <w:pPr>
        <w:pStyle w:val="Heading1"/>
        <w:spacing w:before="120" w:after="120" w:line="252" w:lineRule="auto"/>
        <w:rPr>
          <w:sz w:val="32"/>
          <w:szCs w:val="32"/>
        </w:rPr>
      </w:pPr>
      <w:r w:rsidRPr="00110AF6">
        <w:rPr>
          <w:sz w:val="32"/>
          <w:szCs w:val="32"/>
        </w:rPr>
        <w:t>Time to Reflect: Gathering Feedback</w:t>
      </w:r>
    </w:p>
    <w:p w14:paraId="7E2D90C3" w14:textId="77777777" w:rsidR="00EB605F" w:rsidRDefault="00000000">
      <w:pPr>
        <w:spacing w:after="100" w:line="252" w:lineRule="auto"/>
      </w:pPr>
      <w:r>
        <w:rPr>
          <w:b/>
        </w:rPr>
        <w:t>How do you plan to gather feedback on changes in your organization?</w:t>
      </w:r>
    </w:p>
    <w:p w14:paraId="35178C44" w14:textId="77777777" w:rsidR="00EB605F" w:rsidRDefault="00000000">
      <w:pPr>
        <w:spacing w:after="100" w:line="252" w:lineRule="auto"/>
      </w:pPr>
      <w:r>
        <w:rPr>
          <w:color w:val="999999"/>
        </w:rPr>
        <w:t>________________________________________________________________________________</w:t>
      </w:r>
    </w:p>
    <w:p w14:paraId="636CD71B" w14:textId="77777777" w:rsidR="00EB605F" w:rsidRDefault="00000000">
      <w:pPr>
        <w:spacing w:after="100" w:line="252" w:lineRule="auto"/>
      </w:pPr>
      <w:r>
        <w:rPr>
          <w:color w:val="999999"/>
        </w:rPr>
        <w:t>________________________________________________________________________________</w:t>
      </w:r>
    </w:p>
    <w:p w14:paraId="61850ECF" w14:textId="77777777" w:rsidR="00EB605F" w:rsidRDefault="00000000">
      <w:pPr>
        <w:spacing w:after="100" w:line="252" w:lineRule="auto"/>
      </w:pPr>
      <w:r>
        <w:rPr>
          <w:color w:val="999999"/>
        </w:rPr>
        <w:t>________________________________________________________________________________</w:t>
      </w:r>
    </w:p>
    <w:p w14:paraId="4895F989" w14:textId="77777777" w:rsidR="00EB605F" w:rsidRDefault="00000000">
      <w:pPr>
        <w:spacing w:after="100" w:line="252" w:lineRule="auto"/>
      </w:pPr>
      <w:r>
        <w:rPr>
          <w:color w:val="999999"/>
        </w:rPr>
        <w:t>________________________________________________________________________________</w:t>
      </w:r>
    </w:p>
    <w:p w14:paraId="3C92CA8C" w14:textId="77777777" w:rsidR="00EB605F" w:rsidRDefault="00000000">
      <w:pPr>
        <w:spacing w:after="100" w:line="252" w:lineRule="auto"/>
      </w:pPr>
      <w:r>
        <w:rPr>
          <w:color w:val="999999"/>
        </w:rPr>
        <w:t>________________________________________________________________________________</w:t>
      </w:r>
    </w:p>
    <w:p w14:paraId="6671252A" w14:textId="77777777" w:rsidR="00EB605F" w:rsidRDefault="00000000">
      <w:pPr>
        <w:spacing w:after="100" w:line="252" w:lineRule="auto"/>
      </w:pPr>
      <w:r>
        <w:rPr>
          <w:b/>
        </w:rPr>
        <w:t>How does your team know that you used their input in revising the change plan?</w:t>
      </w:r>
    </w:p>
    <w:p w14:paraId="1DABA0F7" w14:textId="77777777" w:rsidR="00EB605F" w:rsidRDefault="00000000">
      <w:pPr>
        <w:spacing w:after="100" w:line="252" w:lineRule="auto"/>
      </w:pPr>
      <w:r>
        <w:rPr>
          <w:color w:val="999999"/>
        </w:rPr>
        <w:t>________________________________________________________________________________</w:t>
      </w:r>
    </w:p>
    <w:p w14:paraId="5C4ADC00" w14:textId="77777777" w:rsidR="00EB605F" w:rsidRDefault="00000000">
      <w:pPr>
        <w:spacing w:after="100" w:line="252" w:lineRule="auto"/>
      </w:pPr>
      <w:r>
        <w:rPr>
          <w:color w:val="999999"/>
        </w:rPr>
        <w:t>________________________________________________________________________________</w:t>
      </w:r>
    </w:p>
    <w:p w14:paraId="3EE6D5A6" w14:textId="77777777" w:rsidR="00EB605F" w:rsidRDefault="00000000">
      <w:pPr>
        <w:spacing w:after="100" w:line="252" w:lineRule="auto"/>
      </w:pPr>
      <w:r>
        <w:rPr>
          <w:color w:val="999999"/>
        </w:rPr>
        <w:t>________________________________________________________________________________</w:t>
      </w:r>
    </w:p>
    <w:p w14:paraId="389F1F7E" w14:textId="77777777" w:rsidR="00EB605F" w:rsidRDefault="00000000">
      <w:pPr>
        <w:spacing w:after="100" w:line="252" w:lineRule="auto"/>
      </w:pPr>
      <w:r>
        <w:rPr>
          <w:color w:val="999999"/>
        </w:rPr>
        <w:t>________________________________________________________________________________</w:t>
      </w:r>
    </w:p>
    <w:p w14:paraId="4B87E49D" w14:textId="77777777" w:rsidR="00EB605F" w:rsidRDefault="00000000">
      <w:pPr>
        <w:spacing w:after="100" w:line="252" w:lineRule="auto"/>
      </w:pPr>
      <w:r>
        <w:rPr>
          <w:color w:val="999999"/>
        </w:rPr>
        <w:t>________________________________________________________________________________</w:t>
      </w:r>
    </w:p>
    <w:p w14:paraId="4DD43C8A" w14:textId="77777777" w:rsidR="00EB605F" w:rsidRDefault="00000000">
      <w:pPr>
        <w:spacing w:after="100" w:line="252" w:lineRule="auto"/>
      </w:pPr>
      <w:r>
        <w:br w:type="page"/>
      </w:r>
    </w:p>
    <w:p w14:paraId="622348BB" w14:textId="77777777" w:rsidR="00EB605F" w:rsidRPr="00110AF6" w:rsidRDefault="00000000">
      <w:pPr>
        <w:pStyle w:val="Heading1"/>
        <w:spacing w:after="100" w:line="252" w:lineRule="auto"/>
        <w:rPr>
          <w:sz w:val="32"/>
          <w:szCs w:val="32"/>
        </w:rPr>
      </w:pPr>
      <w:r w:rsidRPr="00110AF6">
        <w:rPr>
          <w:sz w:val="32"/>
          <w:szCs w:val="32"/>
        </w:rPr>
        <w:lastRenderedPageBreak/>
        <w:t>Dealing with Resistance</w:t>
      </w:r>
    </w:p>
    <w:p w14:paraId="7EAA1C86" w14:textId="77777777" w:rsidR="00EB605F" w:rsidRDefault="00000000">
      <w:pPr>
        <w:spacing w:after="100" w:line="252" w:lineRule="auto"/>
      </w:pPr>
      <w:r>
        <w:t>Resistance is addressed in the PPT as an important part of leading change. Use this section to capture strategies discussed during the session.</w:t>
      </w:r>
    </w:p>
    <w:tbl>
      <w:tblPr>
        <w:tblW w:w="0" w:type="auto"/>
        <w:jc w:val="center"/>
        <w:tblLook w:val="04A0" w:firstRow="1" w:lastRow="0" w:firstColumn="1" w:lastColumn="0" w:noHBand="0" w:noVBand="1"/>
      </w:tblPr>
      <w:tblGrid>
        <w:gridCol w:w="10224"/>
      </w:tblGrid>
      <w:tr w:rsidR="00EB605F" w14:paraId="4FA54941" w14:textId="77777777">
        <w:trPr>
          <w:jc w:val="center"/>
        </w:trPr>
        <w:tc>
          <w:tcPr>
            <w:tcW w:w="10224" w:type="dxa"/>
            <w:shd w:val="clear" w:color="auto" w:fill="F7F9FB"/>
            <w:vAlign w:val="center"/>
          </w:tcPr>
          <w:p w14:paraId="5F1544C7" w14:textId="77777777" w:rsidR="00EB605F" w:rsidRDefault="00000000">
            <w:r>
              <w:rPr>
                <w:b/>
                <w:color w:val="17365D"/>
              </w:rPr>
              <w:t>What might people resist about my change?</w:t>
            </w:r>
          </w:p>
          <w:p w14:paraId="4DFC691F" w14:textId="77777777" w:rsidR="00EB605F" w:rsidRDefault="00000000">
            <w:pPr>
              <w:spacing w:after="40"/>
            </w:pPr>
            <w:r>
              <w:rPr>
                <w:color w:val="AAAAAA"/>
              </w:rPr>
              <w:t>________________________________________________________________________________</w:t>
            </w:r>
          </w:p>
          <w:p w14:paraId="6759BA81" w14:textId="77777777" w:rsidR="00EB605F" w:rsidRDefault="00000000">
            <w:pPr>
              <w:spacing w:after="40"/>
            </w:pPr>
            <w:r>
              <w:rPr>
                <w:color w:val="AAAAAA"/>
              </w:rPr>
              <w:t>________________________________________________________________________________</w:t>
            </w:r>
          </w:p>
          <w:p w14:paraId="7854C472" w14:textId="77777777" w:rsidR="00EB605F" w:rsidRDefault="00000000">
            <w:pPr>
              <w:spacing w:after="40"/>
            </w:pPr>
            <w:r>
              <w:rPr>
                <w:color w:val="AAAAAA"/>
              </w:rPr>
              <w:t>________________________________________________________________________________</w:t>
            </w:r>
          </w:p>
          <w:p w14:paraId="67014498" w14:textId="77777777" w:rsidR="00EB605F" w:rsidRDefault="00000000">
            <w:pPr>
              <w:spacing w:after="40"/>
            </w:pPr>
            <w:r>
              <w:rPr>
                <w:color w:val="AAAAAA"/>
              </w:rPr>
              <w:t>________________________________________________________________________________</w:t>
            </w:r>
          </w:p>
          <w:p w14:paraId="36B16CBC" w14:textId="77777777" w:rsidR="00EB605F" w:rsidRDefault="00000000">
            <w:pPr>
              <w:spacing w:after="40"/>
            </w:pPr>
            <w:r>
              <w:rPr>
                <w:color w:val="AAAAAA"/>
              </w:rPr>
              <w:t>________________________________________________________________________________</w:t>
            </w:r>
          </w:p>
        </w:tc>
      </w:tr>
    </w:tbl>
    <w:p w14:paraId="12F81E1B" w14:textId="77777777" w:rsidR="00EB605F" w:rsidRDefault="00EB605F">
      <w:pPr>
        <w:spacing w:after="100" w:line="252" w:lineRule="auto"/>
      </w:pPr>
    </w:p>
    <w:tbl>
      <w:tblPr>
        <w:tblW w:w="0" w:type="auto"/>
        <w:jc w:val="center"/>
        <w:tblLook w:val="04A0" w:firstRow="1" w:lastRow="0" w:firstColumn="1" w:lastColumn="0" w:noHBand="0" w:noVBand="1"/>
      </w:tblPr>
      <w:tblGrid>
        <w:gridCol w:w="10224"/>
      </w:tblGrid>
      <w:tr w:rsidR="00EB605F" w14:paraId="3A6B2B3B" w14:textId="77777777">
        <w:trPr>
          <w:jc w:val="center"/>
        </w:trPr>
        <w:tc>
          <w:tcPr>
            <w:tcW w:w="10224" w:type="dxa"/>
            <w:shd w:val="clear" w:color="auto" w:fill="F7F9FB"/>
            <w:vAlign w:val="center"/>
          </w:tcPr>
          <w:p w14:paraId="53A79CF7" w14:textId="77777777" w:rsidR="00EB605F" w:rsidRDefault="00000000">
            <w:r>
              <w:rPr>
                <w:b/>
                <w:color w:val="17365D"/>
              </w:rPr>
              <w:t>What might the resistance be telling me about needs, concerns, culture, or communication?</w:t>
            </w:r>
          </w:p>
          <w:p w14:paraId="603DA18B" w14:textId="77777777" w:rsidR="00EB605F" w:rsidRDefault="00000000">
            <w:pPr>
              <w:spacing w:after="40"/>
            </w:pPr>
            <w:r>
              <w:rPr>
                <w:color w:val="AAAAAA"/>
              </w:rPr>
              <w:t>________________________________________________________________________________</w:t>
            </w:r>
          </w:p>
          <w:p w14:paraId="376B4E54" w14:textId="77777777" w:rsidR="00EB605F" w:rsidRDefault="00000000">
            <w:pPr>
              <w:spacing w:after="40"/>
            </w:pPr>
            <w:r>
              <w:rPr>
                <w:color w:val="AAAAAA"/>
              </w:rPr>
              <w:t>________________________________________________________________________________</w:t>
            </w:r>
          </w:p>
          <w:p w14:paraId="2AA8B785" w14:textId="77777777" w:rsidR="00EB605F" w:rsidRDefault="00000000">
            <w:pPr>
              <w:spacing w:after="40"/>
            </w:pPr>
            <w:r>
              <w:rPr>
                <w:color w:val="AAAAAA"/>
              </w:rPr>
              <w:t>________________________________________________________________________________</w:t>
            </w:r>
          </w:p>
          <w:p w14:paraId="25953C57" w14:textId="77777777" w:rsidR="00EB605F" w:rsidRDefault="00000000">
            <w:pPr>
              <w:spacing w:after="40"/>
            </w:pPr>
            <w:r>
              <w:rPr>
                <w:color w:val="AAAAAA"/>
              </w:rPr>
              <w:t>________________________________________________________________________________</w:t>
            </w:r>
          </w:p>
          <w:p w14:paraId="693892F8" w14:textId="77777777" w:rsidR="00EB605F" w:rsidRDefault="00000000">
            <w:pPr>
              <w:spacing w:after="40"/>
            </w:pPr>
            <w:r>
              <w:rPr>
                <w:color w:val="AAAAAA"/>
              </w:rPr>
              <w:t>________________________________________________________________________________</w:t>
            </w:r>
          </w:p>
        </w:tc>
      </w:tr>
    </w:tbl>
    <w:p w14:paraId="3C6648EE" w14:textId="77777777" w:rsidR="00EB605F" w:rsidRDefault="00EB605F">
      <w:pPr>
        <w:spacing w:after="100" w:line="252" w:lineRule="auto"/>
      </w:pPr>
    </w:p>
    <w:tbl>
      <w:tblPr>
        <w:tblW w:w="0" w:type="auto"/>
        <w:jc w:val="center"/>
        <w:tblLook w:val="04A0" w:firstRow="1" w:lastRow="0" w:firstColumn="1" w:lastColumn="0" w:noHBand="0" w:noVBand="1"/>
      </w:tblPr>
      <w:tblGrid>
        <w:gridCol w:w="10224"/>
      </w:tblGrid>
      <w:tr w:rsidR="00EB605F" w14:paraId="7E1A2AAE" w14:textId="77777777">
        <w:trPr>
          <w:jc w:val="center"/>
        </w:trPr>
        <w:tc>
          <w:tcPr>
            <w:tcW w:w="10224" w:type="dxa"/>
            <w:shd w:val="clear" w:color="auto" w:fill="F7F9FB"/>
            <w:vAlign w:val="center"/>
          </w:tcPr>
          <w:p w14:paraId="3B08ABC7" w14:textId="77777777" w:rsidR="00EB605F" w:rsidRDefault="00000000">
            <w:r>
              <w:rPr>
                <w:b/>
                <w:color w:val="17365D"/>
              </w:rPr>
              <w:t>How will I respond constructively?</w:t>
            </w:r>
          </w:p>
          <w:p w14:paraId="56B2B88C" w14:textId="77777777" w:rsidR="00EB605F" w:rsidRDefault="00000000">
            <w:pPr>
              <w:spacing w:after="40"/>
            </w:pPr>
            <w:r>
              <w:rPr>
                <w:color w:val="AAAAAA"/>
              </w:rPr>
              <w:t>________________________________________________________________________________</w:t>
            </w:r>
          </w:p>
          <w:p w14:paraId="215EC919" w14:textId="77777777" w:rsidR="00EB605F" w:rsidRDefault="00000000">
            <w:pPr>
              <w:spacing w:after="40"/>
            </w:pPr>
            <w:r>
              <w:rPr>
                <w:color w:val="AAAAAA"/>
              </w:rPr>
              <w:t>________________________________________________________________________________</w:t>
            </w:r>
          </w:p>
          <w:p w14:paraId="4C558FAF" w14:textId="77777777" w:rsidR="00EB605F" w:rsidRDefault="00000000">
            <w:pPr>
              <w:spacing w:after="40"/>
            </w:pPr>
            <w:r>
              <w:rPr>
                <w:color w:val="AAAAAA"/>
              </w:rPr>
              <w:t>________________________________________________________________________________</w:t>
            </w:r>
          </w:p>
          <w:p w14:paraId="097610FB" w14:textId="77777777" w:rsidR="00EB605F" w:rsidRDefault="00000000">
            <w:pPr>
              <w:spacing w:after="40"/>
            </w:pPr>
            <w:r>
              <w:rPr>
                <w:color w:val="AAAAAA"/>
              </w:rPr>
              <w:t>________________________________________________________________________________</w:t>
            </w:r>
          </w:p>
          <w:p w14:paraId="11762FF3" w14:textId="77777777" w:rsidR="00EB605F" w:rsidRDefault="00000000">
            <w:pPr>
              <w:spacing w:after="40"/>
            </w:pPr>
            <w:r>
              <w:rPr>
                <w:color w:val="AAAAAA"/>
              </w:rPr>
              <w:t>________________________________________________________________________________</w:t>
            </w:r>
          </w:p>
        </w:tc>
      </w:tr>
    </w:tbl>
    <w:p w14:paraId="4CE45843" w14:textId="77777777" w:rsidR="00EB605F" w:rsidRDefault="00EB605F">
      <w:pPr>
        <w:spacing w:after="100" w:line="252" w:lineRule="auto"/>
      </w:pPr>
    </w:p>
    <w:p w14:paraId="6F1AD056" w14:textId="77777777" w:rsidR="00EB605F" w:rsidRDefault="00000000">
      <w:pPr>
        <w:spacing w:after="100" w:line="252" w:lineRule="auto"/>
      </w:pPr>
      <w:r>
        <w:br w:type="page"/>
      </w:r>
    </w:p>
    <w:p w14:paraId="03560845" w14:textId="7E15494D" w:rsidR="00EB605F" w:rsidRPr="007E207F" w:rsidRDefault="00000000" w:rsidP="007E207F">
      <w:pPr>
        <w:pStyle w:val="Heading1"/>
        <w:spacing w:before="120" w:after="120" w:line="252" w:lineRule="auto"/>
        <w:rPr>
          <w:sz w:val="32"/>
          <w:szCs w:val="32"/>
        </w:rPr>
      </w:pPr>
      <w:r w:rsidRPr="007E207F">
        <w:rPr>
          <w:sz w:val="32"/>
          <w:szCs w:val="32"/>
        </w:rPr>
        <w:lastRenderedPageBreak/>
        <w:t>The Change Curve</w:t>
      </w:r>
    </w:p>
    <w:tbl>
      <w:tblPr>
        <w:tblStyle w:val="TableGrid"/>
        <w:tblW w:w="0" w:type="auto"/>
        <w:jc w:val="center"/>
        <w:tblLook w:val="04A0" w:firstRow="1" w:lastRow="0" w:firstColumn="1" w:lastColumn="0" w:noHBand="0" w:noVBand="1"/>
      </w:tblPr>
      <w:tblGrid>
        <w:gridCol w:w="3408"/>
        <w:gridCol w:w="3408"/>
        <w:gridCol w:w="3408"/>
      </w:tblGrid>
      <w:tr w:rsidR="00EB605F" w14:paraId="70BBA09C" w14:textId="77777777">
        <w:trPr>
          <w:jc w:val="center"/>
        </w:trPr>
        <w:tc>
          <w:tcPr>
            <w:tcW w:w="3408" w:type="dxa"/>
            <w:shd w:val="clear" w:color="auto" w:fill="17365D"/>
            <w:vAlign w:val="center"/>
          </w:tcPr>
          <w:p w14:paraId="1687F88A" w14:textId="77777777" w:rsidR="00EB605F" w:rsidRDefault="00000000">
            <w:r>
              <w:rPr>
                <w:b/>
                <w:color w:val="FFFFFF"/>
                <w:sz w:val="19"/>
              </w:rPr>
              <w:t>Stage</w:t>
            </w:r>
          </w:p>
        </w:tc>
        <w:tc>
          <w:tcPr>
            <w:tcW w:w="3408" w:type="dxa"/>
            <w:shd w:val="clear" w:color="auto" w:fill="17365D"/>
            <w:vAlign w:val="center"/>
          </w:tcPr>
          <w:p w14:paraId="795685D2" w14:textId="77777777" w:rsidR="00EB605F" w:rsidRDefault="00000000">
            <w:r>
              <w:rPr>
                <w:b/>
                <w:color w:val="FFFFFF"/>
                <w:sz w:val="19"/>
              </w:rPr>
              <w:t>What a person/team might need from a leader</w:t>
            </w:r>
          </w:p>
        </w:tc>
        <w:tc>
          <w:tcPr>
            <w:tcW w:w="3408" w:type="dxa"/>
            <w:shd w:val="clear" w:color="auto" w:fill="17365D"/>
            <w:vAlign w:val="center"/>
          </w:tcPr>
          <w:p w14:paraId="0758B244" w14:textId="77777777" w:rsidR="00EB605F" w:rsidRDefault="00000000">
            <w:r>
              <w:rPr>
                <w:b/>
                <w:color w:val="FFFFFF"/>
                <w:sz w:val="19"/>
              </w:rPr>
              <w:t>My notes</w:t>
            </w:r>
          </w:p>
        </w:tc>
      </w:tr>
      <w:tr w:rsidR="00EB605F" w14:paraId="7D38D19E" w14:textId="77777777">
        <w:trPr>
          <w:jc w:val="center"/>
        </w:trPr>
        <w:tc>
          <w:tcPr>
            <w:tcW w:w="3408" w:type="dxa"/>
            <w:vAlign w:val="center"/>
          </w:tcPr>
          <w:p w14:paraId="690D6C91" w14:textId="77777777" w:rsidR="00EB605F" w:rsidRDefault="00000000">
            <w:r>
              <w:rPr>
                <w:sz w:val="19"/>
              </w:rPr>
              <w:t>Shock</w:t>
            </w:r>
          </w:p>
        </w:tc>
        <w:tc>
          <w:tcPr>
            <w:tcW w:w="3408" w:type="dxa"/>
            <w:vAlign w:val="center"/>
          </w:tcPr>
          <w:p w14:paraId="430AE618" w14:textId="77777777" w:rsidR="00EB605F" w:rsidRDefault="00EB605F"/>
          <w:p w14:paraId="142A0462" w14:textId="77777777" w:rsidR="00EB605F" w:rsidRDefault="00000000">
            <w:r>
              <w:t>________________</w:t>
            </w:r>
          </w:p>
          <w:p w14:paraId="2AF6D907" w14:textId="77777777" w:rsidR="00EB605F" w:rsidRDefault="00000000">
            <w:r>
              <w:t>________________</w:t>
            </w:r>
          </w:p>
        </w:tc>
        <w:tc>
          <w:tcPr>
            <w:tcW w:w="3408" w:type="dxa"/>
            <w:vAlign w:val="center"/>
          </w:tcPr>
          <w:p w14:paraId="5AF0A893" w14:textId="77777777" w:rsidR="00EB605F" w:rsidRDefault="00EB605F"/>
          <w:p w14:paraId="5D7FF0BC" w14:textId="77777777" w:rsidR="00EB605F" w:rsidRDefault="00000000">
            <w:r>
              <w:t>________________</w:t>
            </w:r>
          </w:p>
          <w:p w14:paraId="10433444" w14:textId="77777777" w:rsidR="00EB605F" w:rsidRDefault="00000000">
            <w:r>
              <w:t>________________</w:t>
            </w:r>
          </w:p>
        </w:tc>
      </w:tr>
      <w:tr w:rsidR="00EB605F" w14:paraId="3F5E93E1" w14:textId="77777777">
        <w:trPr>
          <w:jc w:val="center"/>
        </w:trPr>
        <w:tc>
          <w:tcPr>
            <w:tcW w:w="3408" w:type="dxa"/>
            <w:vAlign w:val="center"/>
          </w:tcPr>
          <w:p w14:paraId="07CE8E17" w14:textId="77777777" w:rsidR="00EB605F" w:rsidRDefault="00000000">
            <w:r>
              <w:rPr>
                <w:sz w:val="19"/>
              </w:rPr>
              <w:t>Denial</w:t>
            </w:r>
          </w:p>
        </w:tc>
        <w:tc>
          <w:tcPr>
            <w:tcW w:w="3408" w:type="dxa"/>
            <w:vAlign w:val="center"/>
          </w:tcPr>
          <w:p w14:paraId="1A2DCD38" w14:textId="77777777" w:rsidR="00EB605F" w:rsidRDefault="00EB605F"/>
          <w:p w14:paraId="6A268E0B" w14:textId="77777777" w:rsidR="00EB605F" w:rsidRDefault="00000000">
            <w:r>
              <w:t>________________</w:t>
            </w:r>
          </w:p>
          <w:p w14:paraId="64243EBE" w14:textId="77777777" w:rsidR="00EB605F" w:rsidRDefault="00000000">
            <w:r>
              <w:t>________________</w:t>
            </w:r>
          </w:p>
        </w:tc>
        <w:tc>
          <w:tcPr>
            <w:tcW w:w="3408" w:type="dxa"/>
            <w:vAlign w:val="center"/>
          </w:tcPr>
          <w:p w14:paraId="5D87FDCD" w14:textId="77777777" w:rsidR="00EB605F" w:rsidRDefault="00EB605F"/>
          <w:p w14:paraId="45208833" w14:textId="77777777" w:rsidR="00EB605F" w:rsidRDefault="00000000">
            <w:r>
              <w:t>________________</w:t>
            </w:r>
          </w:p>
          <w:p w14:paraId="0C15E77E" w14:textId="77777777" w:rsidR="00EB605F" w:rsidRDefault="00000000">
            <w:r>
              <w:t>________________</w:t>
            </w:r>
          </w:p>
        </w:tc>
      </w:tr>
      <w:tr w:rsidR="00EB605F" w14:paraId="4D4EEBE8" w14:textId="77777777">
        <w:trPr>
          <w:jc w:val="center"/>
        </w:trPr>
        <w:tc>
          <w:tcPr>
            <w:tcW w:w="3408" w:type="dxa"/>
            <w:vAlign w:val="center"/>
          </w:tcPr>
          <w:p w14:paraId="2A5C070A" w14:textId="77777777" w:rsidR="00EB605F" w:rsidRDefault="00000000">
            <w:r>
              <w:rPr>
                <w:sz w:val="19"/>
              </w:rPr>
              <w:t>Frustration</w:t>
            </w:r>
          </w:p>
        </w:tc>
        <w:tc>
          <w:tcPr>
            <w:tcW w:w="3408" w:type="dxa"/>
            <w:vAlign w:val="center"/>
          </w:tcPr>
          <w:p w14:paraId="2786DE7B" w14:textId="77777777" w:rsidR="00EB605F" w:rsidRDefault="00EB605F"/>
          <w:p w14:paraId="7C11D1F9" w14:textId="77777777" w:rsidR="00EB605F" w:rsidRDefault="00000000">
            <w:r>
              <w:t>________________</w:t>
            </w:r>
          </w:p>
          <w:p w14:paraId="52B12DA0" w14:textId="77777777" w:rsidR="00EB605F" w:rsidRDefault="00000000">
            <w:r>
              <w:t>________________</w:t>
            </w:r>
          </w:p>
        </w:tc>
        <w:tc>
          <w:tcPr>
            <w:tcW w:w="3408" w:type="dxa"/>
            <w:vAlign w:val="center"/>
          </w:tcPr>
          <w:p w14:paraId="723029D0" w14:textId="77777777" w:rsidR="00EB605F" w:rsidRDefault="00EB605F"/>
          <w:p w14:paraId="3CC116D6" w14:textId="77777777" w:rsidR="00EB605F" w:rsidRDefault="00000000">
            <w:r>
              <w:t>________________</w:t>
            </w:r>
          </w:p>
          <w:p w14:paraId="5695D666" w14:textId="77777777" w:rsidR="00EB605F" w:rsidRDefault="00000000">
            <w:r>
              <w:t>________________</w:t>
            </w:r>
          </w:p>
        </w:tc>
      </w:tr>
      <w:tr w:rsidR="00EB605F" w14:paraId="025C60BB" w14:textId="77777777">
        <w:trPr>
          <w:jc w:val="center"/>
        </w:trPr>
        <w:tc>
          <w:tcPr>
            <w:tcW w:w="3408" w:type="dxa"/>
            <w:vAlign w:val="center"/>
          </w:tcPr>
          <w:p w14:paraId="67BD0FDA" w14:textId="77777777" w:rsidR="00EB605F" w:rsidRDefault="00000000">
            <w:r>
              <w:rPr>
                <w:sz w:val="19"/>
              </w:rPr>
              <w:t>Depression</w:t>
            </w:r>
          </w:p>
        </w:tc>
        <w:tc>
          <w:tcPr>
            <w:tcW w:w="3408" w:type="dxa"/>
            <w:vAlign w:val="center"/>
          </w:tcPr>
          <w:p w14:paraId="5B15FF9A" w14:textId="77777777" w:rsidR="00EB605F" w:rsidRDefault="00EB605F"/>
          <w:p w14:paraId="75FB95E0" w14:textId="77777777" w:rsidR="00EB605F" w:rsidRDefault="00000000">
            <w:r>
              <w:t>________________</w:t>
            </w:r>
          </w:p>
          <w:p w14:paraId="4FB1B7E6" w14:textId="77777777" w:rsidR="00EB605F" w:rsidRDefault="00000000">
            <w:r>
              <w:t>________________</w:t>
            </w:r>
          </w:p>
        </w:tc>
        <w:tc>
          <w:tcPr>
            <w:tcW w:w="3408" w:type="dxa"/>
            <w:vAlign w:val="center"/>
          </w:tcPr>
          <w:p w14:paraId="6FE8C041" w14:textId="77777777" w:rsidR="00EB605F" w:rsidRDefault="00EB605F"/>
          <w:p w14:paraId="4F246550" w14:textId="77777777" w:rsidR="00EB605F" w:rsidRDefault="00000000">
            <w:r>
              <w:t>________________</w:t>
            </w:r>
          </w:p>
          <w:p w14:paraId="424F96E3" w14:textId="77777777" w:rsidR="00EB605F" w:rsidRDefault="00000000">
            <w:r>
              <w:t>________________</w:t>
            </w:r>
          </w:p>
        </w:tc>
      </w:tr>
      <w:tr w:rsidR="00EB605F" w14:paraId="512BD3D4" w14:textId="77777777">
        <w:trPr>
          <w:jc w:val="center"/>
        </w:trPr>
        <w:tc>
          <w:tcPr>
            <w:tcW w:w="3408" w:type="dxa"/>
            <w:vAlign w:val="center"/>
          </w:tcPr>
          <w:p w14:paraId="2CF78661" w14:textId="77777777" w:rsidR="00EB605F" w:rsidRDefault="00000000">
            <w:r>
              <w:rPr>
                <w:sz w:val="19"/>
              </w:rPr>
              <w:t>Experiment</w:t>
            </w:r>
          </w:p>
        </w:tc>
        <w:tc>
          <w:tcPr>
            <w:tcW w:w="3408" w:type="dxa"/>
            <w:vAlign w:val="center"/>
          </w:tcPr>
          <w:p w14:paraId="2EEB03AB" w14:textId="77777777" w:rsidR="00EB605F" w:rsidRDefault="00EB605F"/>
          <w:p w14:paraId="08F88C18" w14:textId="77777777" w:rsidR="00EB605F" w:rsidRDefault="00000000">
            <w:r>
              <w:t>________________</w:t>
            </w:r>
          </w:p>
          <w:p w14:paraId="42232772" w14:textId="77777777" w:rsidR="00EB605F" w:rsidRDefault="00000000">
            <w:r>
              <w:t>________________</w:t>
            </w:r>
          </w:p>
        </w:tc>
        <w:tc>
          <w:tcPr>
            <w:tcW w:w="3408" w:type="dxa"/>
            <w:vAlign w:val="center"/>
          </w:tcPr>
          <w:p w14:paraId="59AD1921" w14:textId="77777777" w:rsidR="00EB605F" w:rsidRDefault="00EB605F"/>
          <w:p w14:paraId="60A9E339" w14:textId="77777777" w:rsidR="00EB605F" w:rsidRDefault="00000000">
            <w:r>
              <w:t>________________</w:t>
            </w:r>
          </w:p>
          <w:p w14:paraId="707EF28C" w14:textId="77777777" w:rsidR="00EB605F" w:rsidRDefault="00000000">
            <w:r>
              <w:t>________________</w:t>
            </w:r>
          </w:p>
        </w:tc>
      </w:tr>
      <w:tr w:rsidR="00EB605F" w14:paraId="7E148AE8" w14:textId="77777777">
        <w:trPr>
          <w:jc w:val="center"/>
        </w:trPr>
        <w:tc>
          <w:tcPr>
            <w:tcW w:w="3408" w:type="dxa"/>
            <w:vAlign w:val="center"/>
          </w:tcPr>
          <w:p w14:paraId="196A464F" w14:textId="77777777" w:rsidR="00EB605F" w:rsidRDefault="00000000">
            <w:r>
              <w:rPr>
                <w:sz w:val="19"/>
              </w:rPr>
              <w:t>Decision</w:t>
            </w:r>
          </w:p>
        </w:tc>
        <w:tc>
          <w:tcPr>
            <w:tcW w:w="3408" w:type="dxa"/>
            <w:vAlign w:val="center"/>
          </w:tcPr>
          <w:p w14:paraId="1D17F375" w14:textId="77777777" w:rsidR="00EB605F" w:rsidRDefault="00EB605F"/>
          <w:p w14:paraId="3AE3902B" w14:textId="77777777" w:rsidR="00EB605F" w:rsidRDefault="00000000">
            <w:r>
              <w:t>________________</w:t>
            </w:r>
          </w:p>
          <w:p w14:paraId="471E9218" w14:textId="77777777" w:rsidR="00EB605F" w:rsidRDefault="00000000">
            <w:r>
              <w:t>________________</w:t>
            </w:r>
          </w:p>
        </w:tc>
        <w:tc>
          <w:tcPr>
            <w:tcW w:w="3408" w:type="dxa"/>
            <w:vAlign w:val="center"/>
          </w:tcPr>
          <w:p w14:paraId="7AD77FB4" w14:textId="77777777" w:rsidR="00EB605F" w:rsidRDefault="00EB605F"/>
          <w:p w14:paraId="384B0631" w14:textId="77777777" w:rsidR="00EB605F" w:rsidRDefault="00000000">
            <w:r>
              <w:t>________________</w:t>
            </w:r>
          </w:p>
          <w:p w14:paraId="31394B8F" w14:textId="77777777" w:rsidR="00EB605F" w:rsidRDefault="00000000">
            <w:r>
              <w:t>________________</w:t>
            </w:r>
          </w:p>
        </w:tc>
      </w:tr>
      <w:tr w:rsidR="00EB605F" w14:paraId="5C585B67" w14:textId="77777777">
        <w:trPr>
          <w:jc w:val="center"/>
        </w:trPr>
        <w:tc>
          <w:tcPr>
            <w:tcW w:w="3408" w:type="dxa"/>
            <w:vAlign w:val="center"/>
          </w:tcPr>
          <w:p w14:paraId="7521DDF0" w14:textId="77777777" w:rsidR="00EB605F" w:rsidRDefault="00000000">
            <w:r>
              <w:rPr>
                <w:sz w:val="19"/>
              </w:rPr>
              <w:t>Integration</w:t>
            </w:r>
          </w:p>
        </w:tc>
        <w:tc>
          <w:tcPr>
            <w:tcW w:w="3408" w:type="dxa"/>
            <w:vAlign w:val="center"/>
          </w:tcPr>
          <w:p w14:paraId="2F4C438A" w14:textId="77777777" w:rsidR="00EB605F" w:rsidRDefault="00EB605F"/>
          <w:p w14:paraId="1BC7C8A5" w14:textId="77777777" w:rsidR="00EB605F" w:rsidRDefault="00000000">
            <w:r>
              <w:t>________________</w:t>
            </w:r>
          </w:p>
          <w:p w14:paraId="5A692EAB" w14:textId="77777777" w:rsidR="00EB605F" w:rsidRDefault="00000000">
            <w:r>
              <w:t>________________</w:t>
            </w:r>
          </w:p>
        </w:tc>
        <w:tc>
          <w:tcPr>
            <w:tcW w:w="3408" w:type="dxa"/>
            <w:vAlign w:val="center"/>
          </w:tcPr>
          <w:p w14:paraId="10302FF7" w14:textId="77777777" w:rsidR="00EB605F" w:rsidRDefault="00EB605F"/>
          <w:p w14:paraId="23ACC20B" w14:textId="77777777" w:rsidR="00EB605F" w:rsidRDefault="00000000">
            <w:r>
              <w:t>________________</w:t>
            </w:r>
          </w:p>
          <w:p w14:paraId="359CD306" w14:textId="77777777" w:rsidR="00EB605F" w:rsidRDefault="00000000">
            <w:r>
              <w:t>________________</w:t>
            </w:r>
          </w:p>
        </w:tc>
      </w:tr>
    </w:tbl>
    <w:p w14:paraId="581B36F4" w14:textId="77777777" w:rsidR="007E207F" w:rsidRDefault="007E207F">
      <w:pPr>
        <w:spacing w:after="100" w:line="252" w:lineRule="auto"/>
        <w:rPr>
          <w:b/>
        </w:rPr>
      </w:pPr>
    </w:p>
    <w:p w14:paraId="44B77089" w14:textId="13845E1D" w:rsidR="00EB605F" w:rsidRDefault="00000000">
      <w:pPr>
        <w:spacing w:after="100" w:line="252" w:lineRule="auto"/>
      </w:pPr>
      <w:r>
        <w:rPr>
          <w:b/>
        </w:rPr>
        <w:t>How might understanding the Change Curve influence how you manage change?</w:t>
      </w:r>
    </w:p>
    <w:p w14:paraId="4C6503BF" w14:textId="77777777" w:rsidR="00EB605F" w:rsidRDefault="00000000">
      <w:pPr>
        <w:spacing w:after="100" w:line="252" w:lineRule="auto"/>
      </w:pPr>
      <w:r>
        <w:rPr>
          <w:color w:val="999999"/>
        </w:rPr>
        <w:t>________________________________________________________________________________</w:t>
      </w:r>
    </w:p>
    <w:p w14:paraId="5A4D9745" w14:textId="77777777" w:rsidR="00EB605F" w:rsidRDefault="00000000">
      <w:pPr>
        <w:spacing w:after="100" w:line="252" w:lineRule="auto"/>
      </w:pPr>
      <w:r>
        <w:rPr>
          <w:color w:val="999999"/>
        </w:rPr>
        <w:t>________________________________________________________________________________</w:t>
      </w:r>
    </w:p>
    <w:p w14:paraId="6DB10695" w14:textId="77777777" w:rsidR="00EB605F" w:rsidRDefault="00000000">
      <w:pPr>
        <w:spacing w:after="100" w:line="252" w:lineRule="auto"/>
      </w:pPr>
      <w:r>
        <w:rPr>
          <w:color w:val="999999"/>
        </w:rPr>
        <w:t>________________________________________________________________________________</w:t>
      </w:r>
    </w:p>
    <w:p w14:paraId="3B567E23" w14:textId="77777777" w:rsidR="00EB605F" w:rsidRDefault="00000000">
      <w:pPr>
        <w:spacing w:after="100" w:line="252" w:lineRule="auto"/>
      </w:pPr>
      <w:r>
        <w:rPr>
          <w:color w:val="999999"/>
        </w:rPr>
        <w:t>________________________________________________________________________________</w:t>
      </w:r>
    </w:p>
    <w:p w14:paraId="0031CFDF" w14:textId="77777777" w:rsidR="00EB605F" w:rsidRDefault="00000000">
      <w:pPr>
        <w:spacing w:after="100" w:line="252" w:lineRule="auto"/>
      </w:pPr>
      <w:r>
        <w:br w:type="page"/>
      </w:r>
    </w:p>
    <w:p w14:paraId="5DA22AFF" w14:textId="0744C991" w:rsidR="00EB605F" w:rsidRPr="007E207F" w:rsidRDefault="00000000" w:rsidP="007E207F">
      <w:pPr>
        <w:pStyle w:val="Heading1"/>
        <w:spacing w:before="120" w:after="120" w:line="252" w:lineRule="auto"/>
        <w:rPr>
          <w:sz w:val="32"/>
          <w:szCs w:val="32"/>
        </w:rPr>
      </w:pPr>
      <w:r w:rsidRPr="007E207F">
        <w:rPr>
          <w:sz w:val="32"/>
          <w:szCs w:val="32"/>
        </w:rPr>
        <w:lastRenderedPageBreak/>
        <w:t>Communicating &amp; Coaching</w:t>
      </w:r>
    </w:p>
    <w:tbl>
      <w:tblPr>
        <w:tblStyle w:val="TableGrid"/>
        <w:tblW w:w="0" w:type="auto"/>
        <w:jc w:val="center"/>
        <w:tblLook w:val="04A0" w:firstRow="1" w:lastRow="0" w:firstColumn="1" w:lastColumn="0" w:noHBand="0" w:noVBand="1"/>
      </w:tblPr>
      <w:tblGrid>
        <w:gridCol w:w="5112"/>
        <w:gridCol w:w="5112"/>
      </w:tblGrid>
      <w:tr w:rsidR="00EB605F" w14:paraId="3562B331" w14:textId="77777777">
        <w:trPr>
          <w:jc w:val="center"/>
        </w:trPr>
        <w:tc>
          <w:tcPr>
            <w:tcW w:w="5112" w:type="dxa"/>
            <w:shd w:val="clear" w:color="auto" w:fill="17365D"/>
            <w:vAlign w:val="center"/>
          </w:tcPr>
          <w:p w14:paraId="31586D87" w14:textId="77777777" w:rsidR="00EB605F" w:rsidRDefault="00000000">
            <w:r>
              <w:rPr>
                <w:b/>
                <w:color w:val="FFFFFF"/>
                <w:sz w:val="19"/>
              </w:rPr>
              <w:t>Question</w:t>
            </w:r>
          </w:p>
        </w:tc>
        <w:tc>
          <w:tcPr>
            <w:tcW w:w="5112" w:type="dxa"/>
            <w:shd w:val="clear" w:color="auto" w:fill="17365D"/>
            <w:vAlign w:val="center"/>
          </w:tcPr>
          <w:p w14:paraId="286E954F" w14:textId="77777777" w:rsidR="00EB605F" w:rsidRDefault="00000000">
            <w:r>
              <w:rPr>
                <w:b/>
                <w:color w:val="FFFFFF"/>
                <w:sz w:val="19"/>
              </w:rPr>
              <w:t>My message / notes</w:t>
            </w:r>
          </w:p>
        </w:tc>
      </w:tr>
      <w:tr w:rsidR="00EB605F" w14:paraId="47BD70A7" w14:textId="77777777">
        <w:trPr>
          <w:jc w:val="center"/>
        </w:trPr>
        <w:tc>
          <w:tcPr>
            <w:tcW w:w="5112" w:type="dxa"/>
            <w:vAlign w:val="center"/>
          </w:tcPr>
          <w:p w14:paraId="2681412F" w14:textId="77777777" w:rsidR="00EB605F" w:rsidRDefault="00000000">
            <w:r>
              <w:rPr>
                <w:sz w:val="19"/>
              </w:rPr>
              <w:t>Why change?</w:t>
            </w:r>
          </w:p>
        </w:tc>
        <w:tc>
          <w:tcPr>
            <w:tcW w:w="5112" w:type="dxa"/>
            <w:vAlign w:val="center"/>
          </w:tcPr>
          <w:p w14:paraId="47AE6E82" w14:textId="77777777" w:rsidR="00EB605F" w:rsidRDefault="00EB605F"/>
          <w:p w14:paraId="09D2412E" w14:textId="77777777" w:rsidR="00EB605F" w:rsidRDefault="00000000">
            <w:r>
              <w:t>________________</w:t>
            </w:r>
          </w:p>
          <w:p w14:paraId="621B2DEB" w14:textId="77777777" w:rsidR="00EB605F" w:rsidRDefault="00000000">
            <w:r>
              <w:t>________________</w:t>
            </w:r>
          </w:p>
        </w:tc>
      </w:tr>
      <w:tr w:rsidR="00EB605F" w14:paraId="1AC56AF4" w14:textId="77777777">
        <w:trPr>
          <w:jc w:val="center"/>
        </w:trPr>
        <w:tc>
          <w:tcPr>
            <w:tcW w:w="5112" w:type="dxa"/>
            <w:vAlign w:val="center"/>
          </w:tcPr>
          <w:p w14:paraId="4997A02B" w14:textId="77777777" w:rsidR="00EB605F" w:rsidRDefault="00000000">
            <w:r>
              <w:rPr>
                <w:sz w:val="19"/>
              </w:rPr>
              <w:t>Who benefits?</w:t>
            </w:r>
          </w:p>
        </w:tc>
        <w:tc>
          <w:tcPr>
            <w:tcW w:w="5112" w:type="dxa"/>
            <w:vAlign w:val="center"/>
          </w:tcPr>
          <w:p w14:paraId="58E861DE" w14:textId="77777777" w:rsidR="00EB605F" w:rsidRDefault="00EB605F"/>
          <w:p w14:paraId="65FF7017" w14:textId="77777777" w:rsidR="00EB605F" w:rsidRDefault="00000000">
            <w:r>
              <w:t>________________</w:t>
            </w:r>
          </w:p>
          <w:p w14:paraId="137C1885" w14:textId="77777777" w:rsidR="00EB605F" w:rsidRDefault="00000000">
            <w:r>
              <w:t>________________</w:t>
            </w:r>
          </w:p>
        </w:tc>
      </w:tr>
      <w:tr w:rsidR="00EB605F" w14:paraId="6A750383" w14:textId="77777777">
        <w:trPr>
          <w:jc w:val="center"/>
        </w:trPr>
        <w:tc>
          <w:tcPr>
            <w:tcW w:w="5112" w:type="dxa"/>
            <w:vAlign w:val="center"/>
          </w:tcPr>
          <w:p w14:paraId="22A4D4CE" w14:textId="77777777" w:rsidR="00EB605F" w:rsidRDefault="00000000">
            <w:r>
              <w:rPr>
                <w:sz w:val="19"/>
              </w:rPr>
              <w:t>Why me?</w:t>
            </w:r>
          </w:p>
        </w:tc>
        <w:tc>
          <w:tcPr>
            <w:tcW w:w="5112" w:type="dxa"/>
            <w:vAlign w:val="center"/>
          </w:tcPr>
          <w:p w14:paraId="2884A539" w14:textId="77777777" w:rsidR="00EB605F" w:rsidRDefault="00EB605F"/>
          <w:p w14:paraId="03C35301" w14:textId="77777777" w:rsidR="00EB605F" w:rsidRDefault="00000000">
            <w:r>
              <w:t>________________</w:t>
            </w:r>
          </w:p>
          <w:p w14:paraId="7753F1ED" w14:textId="77777777" w:rsidR="00EB605F" w:rsidRDefault="00000000">
            <w:r>
              <w:t>________________</w:t>
            </w:r>
          </w:p>
        </w:tc>
      </w:tr>
    </w:tbl>
    <w:p w14:paraId="2614A084" w14:textId="77777777" w:rsidR="00EB605F" w:rsidRDefault="00000000" w:rsidP="007E207F">
      <w:pPr>
        <w:pStyle w:val="Heading1"/>
        <w:spacing w:before="120" w:after="120" w:line="252" w:lineRule="auto"/>
      </w:pPr>
      <w:r>
        <w:t>The HOW</w:t>
      </w:r>
    </w:p>
    <w:tbl>
      <w:tblPr>
        <w:tblStyle w:val="TableGrid"/>
        <w:tblW w:w="0" w:type="auto"/>
        <w:jc w:val="center"/>
        <w:tblLook w:val="04A0" w:firstRow="1" w:lastRow="0" w:firstColumn="1" w:lastColumn="0" w:noHBand="0" w:noVBand="1"/>
      </w:tblPr>
      <w:tblGrid>
        <w:gridCol w:w="5112"/>
        <w:gridCol w:w="5112"/>
      </w:tblGrid>
      <w:tr w:rsidR="00EB605F" w14:paraId="6BAEEDDE" w14:textId="77777777">
        <w:trPr>
          <w:jc w:val="center"/>
        </w:trPr>
        <w:tc>
          <w:tcPr>
            <w:tcW w:w="5112" w:type="dxa"/>
            <w:shd w:val="clear" w:color="auto" w:fill="17365D"/>
            <w:vAlign w:val="center"/>
          </w:tcPr>
          <w:p w14:paraId="005EBF53" w14:textId="77777777" w:rsidR="00EB605F" w:rsidRDefault="00000000">
            <w:r>
              <w:rPr>
                <w:b/>
                <w:color w:val="FFFFFF"/>
                <w:sz w:val="19"/>
              </w:rPr>
              <w:t>Question</w:t>
            </w:r>
          </w:p>
        </w:tc>
        <w:tc>
          <w:tcPr>
            <w:tcW w:w="5112" w:type="dxa"/>
            <w:shd w:val="clear" w:color="auto" w:fill="17365D"/>
            <w:vAlign w:val="center"/>
          </w:tcPr>
          <w:p w14:paraId="4DDE7EAF" w14:textId="77777777" w:rsidR="00EB605F" w:rsidRDefault="00000000">
            <w:r>
              <w:rPr>
                <w:b/>
                <w:color w:val="FFFFFF"/>
                <w:sz w:val="19"/>
              </w:rPr>
              <w:t>My message / notes</w:t>
            </w:r>
          </w:p>
        </w:tc>
      </w:tr>
      <w:tr w:rsidR="00EB605F" w14:paraId="56EC44B8" w14:textId="77777777">
        <w:trPr>
          <w:jc w:val="center"/>
        </w:trPr>
        <w:tc>
          <w:tcPr>
            <w:tcW w:w="5112" w:type="dxa"/>
            <w:vAlign w:val="center"/>
          </w:tcPr>
          <w:p w14:paraId="30E85443" w14:textId="77777777" w:rsidR="00EB605F" w:rsidRDefault="00000000">
            <w:r>
              <w:rPr>
                <w:sz w:val="19"/>
              </w:rPr>
              <w:t>When will it happen?</w:t>
            </w:r>
          </w:p>
        </w:tc>
        <w:tc>
          <w:tcPr>
            <w:tcW w:w="5112" w:type="dxa"/>
            <w:vAlign w:val="center"/>
          </w:tcPr>
          <w:p w14:paraId="5BF5567F" w14:textId="77777777" w:rsidR="00EB605F" w:rsidRDefault="00EB605F"/>
          <w:p w14:paraId="6E041CE7" w14:textId="77777777" w:rsidR="00EB605F" w:rsidRDefault="00000000">
            <w:r>
              <w:t>________________</w:t>
            </w:r>
          </w:p>
          <w:p w14:paraId="2ED5B0CC" w14:textId="77777777" w:rsidR="00EB605F" w:rsidRDefault="00000000">
            <w:r>
              <w:t>________________</w:t>
            </w:r>
          </w:p>
        </w:tc>
      </w:tr>
      <w:tr w:rsidR="00EB605F" w14:paraId="700883F8" w14:textId="77777777">
        <w:trPr>
          <w:jc w:val="center"/>
        </w:trPr>
        <w:tc>
          <w:tcPr>
            <w:tcW w:w="5112" w:type="dxa"/>
            <w:vAlign w:val="center"/>
          </w:tcPr>
          <w:p w14:paraId="4115330A" w14:textId="77777777" w:rsidR="00EB605F" w:rsidRDefault="00000000">
            <w:r>
              <w:rPr>
                <w:sz w:val="19"/>
              </w:rPr>
              <w:t>What resources are available?</w:t>
            </w:r>
          </w:p>
        </w:tc>
        <w:tc>
          <w:tcPr>
            <w:tcW w:w="5112" w:type="dxa"/>
            <w:vAlign w:val="center"/>
          </w:tcPr>
          <w:p w14:paraId="6553EB8F" w14:textId="77777777" w:rsidR="00EB605F" w:rsidRDefault="00EB605F"/>
          <w:p w14:paraId="5F80C07D" w14:textId="77777777" w:rsidR="00EB605F" w:rsidRDefault="00000000">
            <w:r>
              <w:t>________________</w:t>
            </w:r>
          </w:p>
          <w:p w14:paraId="696558B2" w14:textId="77777777" w:rsidR="00EB605F" w:rsidRDefault="00000000">
            <w:r>
              <w:t>________________</w:t>
            </w:r>
          </w:p>
        </w:tc>
      </w:tr>
      <w:tr w:rsidR="00EB605F" w14:paraId="374332CE" w14:textId="77777777">
        <w:trPr>
          <w:jc w:val="center"/>
        </w:trPr>
        <w:tc>
          <w:tcPr>
            <w:tcW w:w="5112" w:type="dxa"/>
            <w:vAlign w:val="center"/>
          </w:tcPr>
          <w:p w14:paraId="11BBC319" w14:textId="77777777" w:rsidR="00EB605F" w:rsidRDefault="00000000">
            <w:r>
              <w:rPr>
                <w:sz w:val="19"/>
              </w:rPr>
              <w:t>What training is needed?</w:t>
            </w:r>
          </w:p>
        </w:tc>
        <w:tc>
          <w:tcPr>
            <w:tcW w:w="5112" w:type="dxa"/>
            <w:vAlign w:val="center"/>
          </w:tcPr>
          <w:p w14:paraId="6B384F40" w14:textId="77777777" w:rsidR="00EB605F" w:rsidRDefault="00EB605F"/>
          <w:p w14:paraId="6A453ACA" w14:textId="77777777" w:rsidR="00EB605F" w:rsidRDefault="00000000">
            <w:r>
              <w:t>________________</w:t>
            </w:r>
          </w:p>
          <w:p w14:paraId="7CED50D7" w14:textId="77777777" w:rsidR="00EB605F" w:rsidRDefault="00000000">
            <w:r>
              <w:t>________________</w:t>
            </w:r>
          </w:p>
        </w:tc>
      </w:tr>
      <w:tr w:rsidR="00EB605F" w14:paraId="79CCE7FD" w14:textId="77777777">
        <w:trPr>
          <w:jc w:val="center"/>
        </w:trPr>
        <w:tc>
          <w:tcPr>
            <w:tcW w:w="5112" w:type="dxa"/>
            <w:vAlign w:val="center"/>
          </w:tcPr>
          <w:p w14:paraId="2800D57D" w14:textId="77777777" w:rsidR="00EB605F" w:rsidRDefault="00000000">
            <w:r>
              <w:rPr>
                <w:sz w:val="19"/>
              </w:rPr>
              <w:t>What are the expectations?</w:t>
            </w:r>
          </w:p>
        </w:tc>
        <w:tc>
          <w:tcPr>
            <w:tcW w:w="5112" w:type="dxa"/>
            <w:vAlign w:val="center"/>
          </w:tcPr>
          <w:p w14:paraId="430AEF48" w14:textId="77777777" w:rsidR="00EB605F" w:rsidRDefault="00EB605F"/>
          <w:p w14:paraId="158A72F4" w14:textId="77777777" w:rsidR="00EB605F" w:rsidRDefault="00000000">
            <w:r>
              <w:t>________________</w:t>
            </w:r>
          </w:p>
          <w:p w14:paraId="7B68AD4A" w14:textId="77777777" w:rsidR="00EB605F" w:rsidRDefault="00000000">
            <w:r>
              <w:t>________________</w:t>
            </w:r>
          </w:p>
        </w:tc>
      </w:tr>
    </w:tbl>
    <w:p w14:paraId="7BE1EFD0" w14:textId="77777777" w:rsidR="007E207F" w:rsidRDefault="007E207F">
      <w:pPr>
        <w:spacing w:after="100" w:line="252" w:lineRule="auto"/>
        <w:rPr>
          <w:b/>
        </w:rPr>
      </w:pPr>
    </w:p>
    <w:p w14:paraId="44ECDBB5" w14:textId="70B571F6" w:rsidR="00EB605F" w:rsidRDefault="00000000">
      <w:pPr>
        <w:spacing w:after="100" w:line="252" w:lineRule="auto"/>
      </w:pPr>
      <w:r>
        <w:rPr>
          <w:b/>
        </w:rPr>
        <w:t>What is one communication gap I need to address?</w:t>
      </w:r>
    </w:p>
    <w:p w14:paraId="4DB57FE7" w14:textId="77777777" w:rsidR="00EB605F" w:rsidRDefault="00000000">
      <w:pPr>
        <w:spacing w:after="100" w:line="252" w:lineRule="auto"/>
      </w:pPr>
      <w:r>
        <w:rPr>
          <w:color w:val="999999"/>
        </w:rPr>
        <w:t>________________________________________________________________________________</w:t>
      </w:r>
    </w:p>
    <w:p w14:paraId="46F88FE4" w14:textId="77777777" w:rsidR="00EB605F" w:rsidRDefault="00000000">
      <w:pPr>
        <w:spacing w:after="100" w:line="252" w:lineRule="auto"/>
      </w:pPr>
      <w:r>
        <w:rPr>
          <w:color w:val="999999"/>
        </w:rPr>
        <w:t>________________________________________________________________________________</w:t>
      </w:r>
    </w:p>
    <w:p w14:paraId="48B508E7" w14:textId="77777777" w:rsidR="00EB605F" w:rsidRDefault="00000000">
      <w:pPr>
        <w:spacing w:after="100" w:line="252" w:lineRule="auto"/>
      </w:pPr>
      <w:r>
        <w:rPr>
          <w:color w:val="999999"/>
        </w:rPr>
        <w:t>________________________________________________________________________________</w:t>
      </w:r>
    </w:p>
    <w:p w14:paraId="64234F0C" w14:textId="77777777" w:rsidR="00EB605F" w:rsidRDefault="00000000">
      <w:pPr>
        <w:spacing w:after="100" w:line="252" w:lineRule="auto"/>
      </w:pPr>
      <w:r>
        <w:rPr>
          <w:color w:val="999999"/>
        </w:rPr>
        <w:t>________________________________________________________________________________</w:t>
      </w:r>
    </w:p>
    <w:p w14:paraId="399C63FD" w14:textId="77777777" w:rsidR="00EB605F" w:rsidRDefault="00000000">
      <w:pPr>
        <w:spacing w:after="100" w:line="252" w:lineRule="auto"/>
      </w:pPr>
      <w:r>
        <w:br w:type="page"/>
      </w:r>
    </w:p>
    <w:p w14:paraId="1319CD2D" w14:textId="059A8480" w:rsidR="00EB605F" w:rsidRPr="007E207F" w:rsidRDefault="00000000" w:rsidP="007E207F">
      <w:pPr>
        <w:pStyle w:val="Heading1"/>
        <w:spacing w:after="100" w:line="252" w:lineRule="auto"/>
        <w:rPr>
          <w:sz w:val="32"/>
          <w:szCs w:val="32"/>
        </w:rPr>
      </w:pPr>
      <w:r w:rsidRPr="007E207F">
        <w:rPr>
          <w:sz w:val="32"/>
          <w:szCs w:val="32"/>
        </w:rPr>
        <w:lastRenderedPageBreak/>
        <w:t>Consider Your Actions: Situational Leadership</w:t>
      </w:r>
    </w:p>
    <w:tbl>
      <w:tblPr>
        <w:tblStyle w:val="TableGrid"/>
        <w:tblW w:w="0" w:type="auto"/>
        <w:jc w:val="center"/>
        <w:tblLook w:val="04A0" w:firstRow="1" w:lastRow="0" w:firstColumn="1" w:lastColumn="0" w:noHBand="0" w:noVBand="1"/>
      </w:tblPr>
      <w:tblGrid>
        <w:gridCol w:w="3408"/>
        <w:gridCol w:w="3408"/>
        <w:gridCol w:w="3408"/>
      </w:tblGrid>
      <w:tr w:rsidR="00EB605F" w14:paraId="0BBC4479" w14:textId="77777777">
        <w:trPr>
          <w:jc w:val="center"/>
        </w:trPr>
        <w:tc>
          <w:tcPr>
            <w:tcW w:w="3408" w:type="dxa"/>
            <w:shd w:val="clear" w:color="auto" w:fill="17365D"/>
            <w:vAlign w:val="center"/>
          </w:tcPr>
          <w:p w14:paraId="5FE0EECB" w14:textId="77777777" w:rsidR="00EB605F" w:rsidRDefault="00000000">
            <w:r>
              <w:rPr>
                <w:b/>
                <w:color w:val="FFFFFF"/>
                <w:sz w:val="19"/>
              </w:rPr>
              <w:t>Style</w:t>
            </w:r>
          </w:p>
        </w:tc>
        <w:tc>
          <w:tcPr>
            <w:tcW w:w="3408" w:type="dxa"/>
            <w:shd w:val="clear" w:color="auto" w:fill="17365D"/>
            <w:vAlign w:val="center"/>
          </w:tcPr>
          <w:p w14:paraId="5335CB78" w14:textId="77777777" w:rsidR="00EB605F" w:rsidRDefault="00000000">
            <w:r>
              <w:rPr>
                <w:b/>
                <w:color w:val="FFFFFF"/>
                <w:sz w:val="19"/>
              </w:rPr>
              <w:t>What it looks like</w:t>
            </w:r>
          </w:p>
        </w:tc>
        <w:tc>
          <w:tcPr>
            <w:tcW w:w="3408" w:type="dxa"/>
            <w:shd w:val="clear" w:color="auto" w:fill="17365D"/>
            <w:vAlign w:val="center"/>
          </w:tcPr>
          <w:p w14:paraId="51CB9FBF" w14:textId="77777777" w:rsidR="00EB605F" w:rsidRDefault="00000000">
            <w:r>
              <w:rPr>
                <w:b/>
                <w:color w:val="FFFFFF"/>
                <w:sz w:val="19"/>
              </w:rPr>
              <w:t>When I might use it during change</w:t>
            </w:r>
          </w:p>
        </w:tc>
      </w:tr>
      <w:tr w:rsidR="00EB605F" w14:paraId="27309AE7" w14:textId="77777777">
        <w:trPr>
          <w:jc w:val="center"/>
        </w:trPr>
        <w:tc>
          <w:tcPr>
            <w:tcW w:w="3408" w:type="dxa"/>
            <w:vAlign w:val="center"/>
          </w:tcPr>
          <w:p w14:paraId="509B8084" w14:textId="77777777" w:rsidR="00EB605F" w:rsidRDefault="00000000">
            <w:r>
              <w:rPr>
                <w:sz w:val="19"/>
              </w:rPr>
              <w:t>Delegating</w:t>
            </w:r>
          </w:p>
        </w:tc>
        <w:tc>
          <w:tcPr>
            <w:tcW w:w="3408" w:type="dxa"/>
            <w:vAlign w:val="center"/>
          </w:tcPr>
          <w:p w14:paraId="789E2862" w14:textId="77777777" w:rsidR="00EB605F" w:rsidRDefault="00000000">
            <w:r>
              <w:rPr>
                <w:sz w:val="19"/>
              </w:rPr>
              <w:t>Lower directive behavior / lower support; empower capable team members.</w:t>
            </w:r>
          </w:p>
        </w:tc>
        <w:tc>
          <w:tcPr>
            <w:tcW w:w="3408" w:type="dxa"/>
            <w:vAlign w:val="center"/>
          </w:tcPr>
          <w:p w14:paraId="66802F09" w14:textId="77777777" w:rsidR="00EB605F" w:rsidRDefault="00EB605F"/>
          <w:p w14:paraId="5E995AA3" w14:textId="77777777" w:rsidR="00EB605F" w:rsidRDefault="00000000">
            <w:r>
              <w:t>________________</w:t>
            </w:r>
          </w:p>
          <w:p w14:paraId="3C370E69" w14:textId="77777777" w:rsidR="00EB605F" w:rsidRDefault="00000000">
            <w:r>
              <w:t>________________</w:t>
            </w:r>
          </w:p>
        </w:tc>
      </w:tr>
      <w:tr w:rsidR="00EB605F" w14:paraId="16C170A4" w14:textId="77777777">
        <w:trPr>
          <w:jc w:val="center"/>
        </w:trPr>
        <w:tc>
          <w:tcPr>
            <w:tcW w:w="3408" w:type="dxa"/>
            <w:vAlign w:val="center"/>
          </w:tcPr>
          <w:p w14:paraId="0EB351B5" w14:textId="77777777" w:rsidR="00EB605F" w:rsidRDefault="00000000">
            <w:r>
              <w:rPr>
                <w:sz w:val="19"/>
              </w:rPr>
              <w:t>Supporting</w:t>
            </w:r>
          </w:p>
        </w:tc>
        <w:tc>
          <w:tcPr>
            <w:tcW w:w="3408" w:type="dxa"/>
            <w:vAlign w:val="center"/>
          </w:tcPr>
          <w:p w14:paraId="105252AA" w14:textId="77777777" w:rsidR="00EB605F" w:rsidRDefault="00000000">
            <w:r>
              <w:rPr>
                <w:sz w:val="19"/>
              </w:rPr>
              <w:t>Provide support while allowing the person/team to lead more of the work.</w:t>
            </w:r>
          </w:p>
        </w:tc>
        <w:tc>
          <w:tcPr>
            <w:tcW w:w="3408" w:type="dxa"/>
            <w:vAlign w:val="center"/>
          </w:tcPr>
          <w:p w14:paraId="413A094B" w14:textId="77777777" w:rsidR="00EB605F" w:rsidRDefault="00EB605F"/>
          <w:p w14:paraId="6A834B4D" w14:textId="77777777" w:rsidR="00EB605F" w:rsidRDefault="00000000">
            <w:r>
              <w:t>________________</w:t>
            </w:r>
          </w:p>
          <w:p w14:paraId="49ECA6A2" w14:textId="77777777" w:rsidR="00EB605F" w:rsidRDefault="00000000">
            <w:r>
              <w:t>________________</w:t>
            </w:r>
          </w:p>
        </w:tc>
      </w:tr>
      <w:tr w:rsidR="00EB605F" w14:paraId="1CB72B8D" w14:textId="77777777">
        <w:trPr>
          <w:jc w:val="center"/>
        </w:trPr>
        <w:tc>
          <w:tcPr>
            <w:tcW w:w="3408" w:type="dxa"/>
            <w:vAlign w:val="center"/>
          </w:tcPr>
          <w:p w14:paraId="160B0A9D" w14:textId="77777777" w:rsidR="00EB605F" w:rsidRDefault="00000000">
            <w:r>
              <w:rPr>
                <w:sz w:val="19"/>
              </w:rPr>
              <w:t>Coaching</w:t>
            </w:r>
          </w:p>
        </w:tc>
        <w:tc>
          <w:tcPr>
            <w:tcW w:w="3408" w:type="dxa"/>
            <w:vAlign w:val="center"/>
          </w:tcPr>
          <w:p w14:paraId="40A2E401" w14:textId="77777777" w:rsidR="00EB605F" w:rsidRDefault="00000000">
            <w:r>
              <w:rPr>
                <w:sz w:val="19"/>
              </w:rPr>
              <w:t>Higher support and guidance while developing capability and commitment.</w:t>
            </w:r>
          </w:p>
        </w:tc>
        <w:tc>
          <w:tcPr>
            <w:tcW w:w="3408" w:type="dxa"/>
            <w:vAlign w:val="center"/>
          </w:tcPr>
          <w:p w14:paraId="4411D254" w14:textId="77777777" w:rsidR="00EB605F" w:rsidRDefault="00EB605F"/>
          <w:p w14:paraId="7ABEC3CB" w14:textId="77777777" w:rsidR="00EB605F" w:rsidRDefault="00000000">
            <w:r>
              <w:t>________________</w:t>
            </w:r>
          </w:p>
          <w:p w14:paraId="036A3670" w14:textId="77777777" w:rsidR="00EB605F" w:rsidRDefault="00000000">
            <w:r>
              <w:t>________________</w:t>
            </w:r>
          </w:p>
        </w:tc>
      </w:tr>
      <w:tr w:rsidR="00EB605F" w14:paraId="5999BA0D" w14:textId="77777777">
        <w:trPr>
          <w:jc w:val="center"/>
        </w:trPr>
        <w:tc>
          <w:tcPr>
            <w:tcW w:w="3408" w:type="dxa"/>
            <w:vAlign w:val="center"/>
          </w:tcPr>
          <w:p w14:paraId="3A0E70ED" w14:textId="77777777" w:rsidR="00EB605F" w:rsidRDefault="00000000">
            <w:r>
              <w:rPr>
                <w:sz w:val="19"/>
              </w:rPr>
              <w:t>Directing</w:t>
            </w:r>
          </w:p>
        </w:tc>
        <w:tc>
          <w:tcPr>
            <w:tcW w:w="3408" w:type="dxa"/>
            <w:vAlign w:val="center"/>
          </w:tcPr>
          <w:p w14:paraId="570F107C" w14:textId="77777777" w:rsidR="00EB605F" w:rsidRDefault="00000000">
            <w:r>
              <w:rPr>
                <w:sz w:val="19"/>
              </w:rPr>
              <w:t>Specific instructions, close guidance, and performance expectations.</w:t>
            </w:r>
          </w:p>
        </w:tc>
        <w:tc>
          <w:tcPr>
            <w:tcW w:w="3408" w:type="dxa"/>
            <w:vAlign w:val="center"/>
          </w:tcPr>
          <w:p w14:paraId="77F83D76" w14:textId="77777777" w:rsidR="00EB605F" w:rsidRDefault="00EB605F"/>
          <w:p w14:paraId="095ABE99" w14:textId="77777777" w:rsidR="00EB605F" w:rsidRDefault="00000000">
            <w:r>
              <w:t>________________</w:t>
            </w:r>
          </w:p>
          <w:p w14:paraId="794EA841" w14:textId="77777777" w:rsidR="00EB605F" w:rsidRDefault="00000000">
            <w:r>
              <w:t>________________</w:t>
            </w:r>
          </w:p>
        </w:tc>
      </w:tr>
    </w:tbl>
    <w:p w14:paraId="798368E6" w14:textId="1EE5E2C3" w:rsidR="00EB605F" w:rsidRDefault="00000000">
      <w:pPr>
        <w:spacing w:after="100" w:line="252" w:lineRule="auto"/>
      </w:pPr>
      <w:r>
        <w:rPr>
          <w:b/>
        </w:rPr>
        <w:t xml:space="preserve">Which </w:t>
      </w:r>
      <w:r w:rsidR="007E207F">
        <w:rPr>
          <w:b/>
        </w:rPr>
        <w:t xml:space="preserve">situational leadership </w:t>
      </w:r>
      <w:r>
        <w:rPr>
          <w:b/>
        </w:rPr>
        <w:t>style do you use most often?</w:t>
      </w:r>
    </w:p>
    <w:p w14:paraId="415C3A23" w14:textId="77777777" w:rsidR="00EB605F" w:rsidRDefault="00000000">
      <w:pPr>
        <w:spacing w:after="100" w:line="252" w:lineRule="auto"/>
      </w:pPr>
      <w:r>
        <w:rPr>
          <w:color w:val="999999"/>
        </w:rPr>
        <w:t>________________________________________________________________________________</w:t>
      </w:r>
    </w:p>
    <w:p w14:paraId="0A2F30DA" w14:textId="77777777" w:rsidR="00EB605F" w:rsidRDefault="00000000">
      <w:pPr>
        <w:spacing w:after="100" w:line="252" w:lineRule="auto"/>
      </w:pPr>
      <w:r>
        <w:rPr>
          <w:color w:val="999999"/>
        </w:rPr>
        <w:t>________________________________________________________________________________</w:t>
      </w:r>
    </w:p>
    <w:p w14:paraId="4F71D065" w14:textId="121AC8B9" w:rsidR="00EB605F" w:rsidRPr="007E207F" w:rsidRDefault="00000000">
      <w:pPr>
        <w:spacing w:after="100" w:line="252" w:lineRule="auto"/>
        <w:rPr>
          <w:b/>
        </w:rPr>
      </w:pPr>
      <w:r>
        <w:rPr>
          <w:b/>
        </w:rPr>
        <w:t xml:space="preserve">Which </w:t>
      </w:r>
      <w:r w:rsidR="007E207F">
        <w:rPr>
          <w:b/>
        </w:rPr>
        <w:t xml:space="preserve">situational leadership </w:t>
      </w:r>
      <w:r>
        <w:rPr>
          <w:b/>
        </w:rPr>
        <w:t>style might you need to use more intentionally during your current change?</w:t>
      </w:r>
    </w:p>
    <w:p w14:paraId="5C548B2E" w14:textId="77777777" w:rsidR="00EB605F" w:rsidRDefault="00000000">
      <w:pPr>
        <w:spacing w:after="100" w:line="252" w:lineRule="auto"/>
      </w:pPr>
      <w:r>
        <w:rPr>
          <w:color w:val="999999"/>
        </w:rPr>
        <w:t>________________________________________________________________________________</w:t>
      </w:r>
    </w:p>
    <w:p w14:paraId="326C5168" w14:textId="77777777" w:rsidR="00EB605F" w:rsidRDefault="00000000">
      <w:pPr>
        <w:spacing w:after="100" w:line="252" w:lineRule="auto"/>
      </w:pPr>
      <w:r>
        <w:rPr>
          <w:color w:val="999999"/>
        </w:rPr>
        <w:t>________________________________________________________________________________</w:t>
      </w:r>
    </w:p>
    <w:p w14:paraId="007BD9A1" w14:textId="77777777" w:rsidR="00EB605F" w:rsidRDefault="00000000">
      <w:pPr>
        <w:spacing w:after="100" w:line="252" w:lineRule="auto"/>
      </w:pPr>
      <w:r>
        <w:rPr>
          <w:color w:val="999999"/>
        </w:rPr>
        <w:t>________________________________________________________________________________</w:t>
      </w:r>
    </w:p>
    <w:p w14:paraId="2A58969C" w14:textId="77777777" w:rsidR="00EB605F" w:rsidRDefault="00000000">
      <w:pPr>
        <w:spacing w:after="100" w:line="252" w:lineRule="auto"/>
      </w:pPr>
      <w:r>
        <w:br w:type="page"/>
      </w:r>
    </w:p>
    <w:p w14:paraId="64154618" w14:textId="28C4548B" w:rsidR="00EB605F" w:rsidRPr="007E207F" w:rsidRDefault="00000000" w:rsidP="006C6246">
      <w:pPr>
        <w:pStyle w:val="Heading1"/>
        <w:spacing w:before="120" w:after="120" w:line="252" w:lineRule="auto"/>
        <w:rPr>
          <w:sz w:val="32"/>
          <w:szCs w:val="32"/>
        </w:rPr>
      </w:pPr>
      <w:r w:rsidRPr="007E207F">
        <w:rPr>
          <w:sz w:val="32"/>
          <w:szCs w:val="32"/>
        </w:rPr>
        <w:lastRenderedPageBreak/>
        <w:t>Goal Setting</w:t>
      </w:r>
    </w:p>
    <w:tbl>
      <w:tblPr>
        <w:tblStyle w:val="TableGrid"/>
        <w:tblW w:w="0" w:type="auto"/>
        <w:jc w:val="center"/>
        <w:tblLook w:val="04A0" w:firstRow="1" w:lastRow="0" w:firstColumn="1" w:lastColumn="0" w:noHBand="0" w:noVBand="1"/>
      </w:tblPr>
      <w:tblGrid>
        <w:gridCol w:w="3408"/>
        <w:gridCol w:w="3408"/>
        <w:gridCol w:w="3408"/>
      </w:tblGrid>
      <w:tr w:rsidR="00EB605F" w14:paraId="59CFAA9C" w14:textId="77777777">
        <w:trPr>
          <w:jc w:val="center"/>
        </w:trPr>
        <w:tc>
          <w:tcPr>
            <w:tcW w:w="3408" w:type="dxa"/>
            <w:shd w:val="clear" w:color="auto" w:fill="17365D"/>
            <w:vAlign w:val="center"/>
          </w:tcPr>
          <w:p w14:paraId="1F2EFAE6" w14:textId="77777777" w:rsidR="00EB605F" w:rsidRDefault="00000000">
            <w:r>
              <w:rPr>
                <w:b/>
                <w:color w:val="FFFFFF"/>
                <w:sz w:val="19"/>
              </w:rPr>
              <w:t>Category</w:t>
            </w:r>
          </w:p>
        </w:tc>
        <w:tc>
          <w:tcPr>
            <w:tcW w:w="3408" w:type="dxa"/>
            <w:shd w:val="clear" w:color="auto" w:fill="17365D"/>
            <w:vAlign w:val="center"/>
          </w:tcPr>
          <w:p w14:paraId="685C0233" w14:textId="77777777" w:rsidR="00EB605F" w:rsidRDefault="00000000">
            <w:r>
              <w:rPr>
                <w:b/>
                <w:color w:val="FFFFFF"/>
                <w:sz w:val="19"/>
              </w:rPr>
              <w:t>Short-Term Goals</w:t>
            </w:r>
          </w:p>
        </w:tc>
        <w:tc>
          <w:tcPr>
            <w:tcW w:w="3408" w:type="dxa"/>
            <w:shd w:val="clear" w:color="auto" w:fill="17365D"/>
            <w:vAlign w:val="center"/>
          </w:tcPr>
          <w:p w14:paraId="2CCD44A8" w14:textId="77777777" w:rsidR="00EB605F" w:rsidRDefault="00000000">
            <w:r>
              <w:rPr>
                <w:b/>
                <w:color w:val="FFFFFF"/>
                <w:sz w:val="19"/>
              </w:rPr>
              <w:t>Long-Term Goals</w:t>
            </w:r>
          </w:p>
        </w:tc>
      </w:tr>
      <w:tr w:rsidR="00EB605F" w14:paraId="1C2508B0" w14:textId="77777777">
        <w:trPr>
          <w:jc w:val="center"/>
        </w:trPr>
        <w:tc>
          <w:tcPr>
            <w:tcW w:w="3408" w:type="dxa"/>
            <w:vAlign w:val="center"/>
          </w:tcPr>
          <w:p w14:paraId="0ED10AC0" w14:textId="77777777" w:rsidR="00EB605F" w:rsidRDefault="00000000">
            <w:r>
              <w:rPr>
                <w:sz w:val="19"/>
              </w:rPr>
              <w:t>Time frame</w:t>
            </w:r>
          </w:p>
        </w:tc>
        <w:tc>
          <w:tcPr>
            <w:tcW w:w="3408" w:type="dxa"/>
            <w:vAlign w:val="center"/>
          </w:tcPr>
          <w:p w14:paraId="049626B2" w14:textId="77777777" w:rsidR="00EB605F" w:rsidRDefault="00000000">
            <w:r>
              <w:rPr>
                <w:sz w:val="19"/>
              </w:rPr>
              <w:t>Typically within a year or less</w:t>
            </w:r>
          </w:p>
        </w:tc>
        <w:tc>
          <w:tcPr>
            <w:tcW w:w="3408" w:type="dxa"/>
            <w:vAlign w:val="center"/>
          </w:tcPr>
          <w:p w14:paraId="0F571DF5" w14:textId="77777777" w:rsidR="00EB605F" w:rsidRDefault="00000000">
            <w:r>
              <w:rPr>
                <w:sz w:val="19"/>
              </w:rPr>
              <w:t>Usually over one to five years or more</w:t>
            </w:r>
          </w:p>
        </w:tc>
      </w:tr>
      <w:tr w:rsidR="00EB605F" w14:paraId="0123A88C" w14:textId="77777777">
        <w:trPr>
          <w:jc w:val="center"/>
        </w:trPr>
        <w:tc>
          <w:tcPr>
            <w:tcW w:w="3408" w:type="dxa"/>
            <w:vAlign w:val="center"/>
          </w:tcPr>
          <w:p w14:paraId="53CB02C1" w14:textId="77777777" w:rsidR="00EB605F" w:rsidRDefault="00000000">
            <w:r>
              <w:rPr>
                <w:sz w:val="19"/>
              </w:rPr>
              <w:t>Specificity</w:t>
            </w:r>
          </w:p>
        </w:tc>
        <w:tc>
          <w:tcPr>
            <w:tcW w:w="3408" w:type="dxa"/>
            <w:vAlign w:val="center"/>
          </w:tcPr>
          <w:p w14:paraId="2E359682" w14:textId="77777777" w:rsidR="00EB605F" w:rsidRDefault="00000000">
            <w:r>
              <w:rPr>
                <w:sz w:val="19"/>
              </w:rPr>
              <w:t>Highly specific and detailed</w:t>
            </w:r>
          </w:p>
        </w:tc>
        <w:tc>
          <w:tcPr>
            <w:tcW w:w="3408" w:type="dxa"/>
            <w:vAlign w:val="center"/>
          </w:tcPr>
          <w:p w14:paraId="58DBBE62" w14:textId="77777777" w:rsidR="00EB605F" w:rsidRDefault="00000000">
            <w:r>
              <w:rPr>
                <w:sz w:val="19"/>
              </w:rPr>
              <w:t>Broader with more general outcomes</w:t>
            </w:r>
          </w:p>
        </w:tc>
      </w:tr>
      <w:tr w:rsidR="00EB605F" w14:paraId="49E481C7" w14:textId="77777777">
        <w:trPr>
          <w:jc w:val="center"/>
        </w:trPr>
        <w:tc>
          <w:tcPr>
            <w:tcW w:w="3408" w:type="dxa"/>
            <w:vAlign w:val="center"/>
          </w:tcPr>
          <w:p w14:paraId="5005A866" w14:textId="77777777" w:rsidR="00EB605F" w:rsidRDefault="00000000">
            <w:r>
              <w:rPr>
                <w:sz w:val="19"/>
              </w:rPr>
              <w:t>Measurability</w:t>
            </w:r>
          </w:p>
        </w:tc>
        <w:tc>
          <w:tcPr>
            <w:tcW w:w="3408" w:type="dxa"/>
            <w:vAlign w:val="center"/>
          </w:tcPr>
          <w:p w14:paraId="041A2AF9" w14:textId="77777777" w:rsidR="00EB605F" w:rsidRDefault="00000000">
            <w:r>
              <w:rPr>
                <w:sz w:val="19"/>
              </w:rPr>
              <w:t>Immediate and quantifiable results</w:t>
            </w:r>
          </w:p>
        </w:tc>
        <w:tc>
          <w:tcPr>
            <w:tcW w:w="3408" w:type="dxa"/>
            <w:vAlign w:val="center"/>
          </w:tcPr>
          <w:p w14:paraId="7AEF5032" w14:textId="77777777" w:rsidR="00EB605F" w:rsidRDefault="00000000">
            <w:r>
              <w:rPr>
                <w:sz w:val="19"/>
              </w:rPr>
              <w:t>Progress measured over time</w:t>
            </w:r>
          </w:p>
        </w:tc>
      </w:tr>
      <w:tr w:rsidR="00EB605F" w14:paraId="5DB355A6" w14:textId="77777777">
        <w:trPr>
          <w:jc w:val="center"/>
        </w:trPr>
        <w:tc>
          <w:tcPr>
            <w:tcW w:w="3408" w:type="dxa"/>
            <w:vAlign w:val="center"/>
          </w:tcPr>
          <w:p w14:paraId="5E53939F" w14:textId="77777777" w:rsidR="00EB605F" w:rsidRDefault="00000000">
            <w:r>
              <w:rPr>
                <w:sz w:val="19"/>
              </w:rPr>
              <w:t>Action</w:t>
            </w:r>
          </w:p>
        </w:tc>
        <w:tc>
          <w:tcPr>
            <w:tcW w:w="3408" w:type="dxa"/>
            <w:vAlign w:val="center"/>
          </w:tcPr>
          <w:p w14:paraId="47531CEB" w14:textId="77777777" w:rsidR="00EB605F" w:rsidRDefault="00000000">
            <w:r>
              <w:rPr>
                <w:sz w:val="19"/>
              </w:rPr>
              <w:t>Direct and immediate tasks</w:t>
            </w:r>
          </w:p>
        </w:tc>
        <w:tc>
          <w:tcPr>
            <w:tcW w:w="3408" w:type="dxa"/>
            <w:vAlign w:val="center"/>
          </w:tcPr>
          <w:p w14:paraId="5A893B43" w14:textId="77777777" w:rsidR="00EB605F" w:rsidRDefault="00000000">
            <w:r>
              <w:rPr>
                <w:sz w:val="19"/>
              </w:rPr>
              <w:t>Phased and progressive steps</w:t>
            </w:r>
          </w:p>
        </w:tc>
      </w:tr>
      <w:tr w:rsidR="00EB605F" w14:paraId="6DAE7C80" w14:textId="77777777">
        <w:trPr>
          <w:jc w:val="center"/>
        </w:trPr>
        <w:tc>
          <w:tcPr>
            <w:tcW w:w="3408" w:type="dxa"/>
            <w:vAlign w:val="center"/>
          </w:tcPr>
          <w:p w14:paraId="43E9B91D" w14:textId="77777777" w:rsidR="00EB605F" w:rsidRDefault="00000000">
            <w:r>
              <w:rPr>
                <w:sz w:val="19"/>
              </w:rPr>
              <w:t>Purpose</w:t>
            </w:r>
          </w:p>
        </w:tc>
        <w:tc>
          <w:tcPr>
            <w:tcW w:w="3408" w:type="dxa"/>
            <w:vAlign w:val="center"/>
          </w:tcPr>
          <w:p w14:paraId="786F7861" w14:textId="77777777" w:rsidR="00EB605F" w:rsidRDefault="00000000">
            <w:r>
              <w:rPr>
                <w:sz w:val="19"/>
              </w:rPr>
              <w:t>Building blocks toward larger goals</w:t>
            </w:r>
          </w:p>
        </w:tc>
        <w:tc>
          <w:tcPr>
            <w:tcW w:w="3408" w:type="dxa"/>
            <w:vAlign w:val="center"/>
          </w:tcPr>
          <w:p w14:paraId="676A2230" w14:textId="77777777" w:rsidR="00EB605F" w:rsidRDefault="00000000">
            <w:r>
              <w:rPr>
                <w:sz w:val="19"/>
              </w:rPr>
              <w:t>Ultimate direction and purpose</w:t>
            </w:r>
          </w:p>
        </w:tc>
      </w:tr>
    </w:tbl>
    <w:p w14:paraId="13417593" w14:textId="77777777" w:rsidR="007E207F" w:rsidRDefault="007E207F" w:rsidP="007E207F">
      <w:pPr>
        <w:spacing w:after="100" w:line="252" w:lineRule="auto"/>
      </w:pPr>
    </w:p>
    <w:p w14:paraId="30C4B6BA" w14:textId="1F5B7919" w:rsidR="00EB605F" w:rsidRPr="007E207F" w:rsidRDefault="00000000" w:rsidP="006C6246">
      <w:pPr>
        <w:spacing w:before="120" w:after="120" w:line="252" w:lineRule="auto"/>
        <w:rPr>
          <w:b/>
          <w:bCs/>
          <w:color w:val="4F81BD" w:themeColor="accent1"/>
          <w:sz w:val="32"/>
          <w:szCs w:val="32"/>
        </w:rPr>
      </w:pPr>
      <w:r w:rsidRPr="007E207F">
        <w:rPr>
          <w:b/>
          <w:bCs/>
          <w:color w:val="4F81BD" w:themeColor="accent1"/>
          <w:sz w:val="32"/>
          <w:szCs w:val="32"/>
        </w:rPr>
        <w:t>Reflecting on Your Goals</w:t>
      </w:r>
    </w:p>
    <w:p w14:paraId="05A2CCD9" w14:textId="77777777" w:rsidR="00EB605F" w:rsidRDefault="00000000">
      <w:pPr>
        <w:spacing w:after="100" w:line="252" w:lineRule="auto"/>
      </w:pPr>
      <w:r>
        <w:t>Considering each category below, brainstorm your short- and long-term goals related to the change you identified.</w:t>
      </w:r>
    </w:p>
    <w:tbl>
      <w:tblPr>
        <w:tblStyle w:val="TableGrid"/>
        <w:tblW w:w="0" w:type="auto"/>
        <w:jc w:val="center"/>
        <w:tblLook w:val="04A0" w:firstRow="1" w:lastRow="0" w:firstColumn="1" w:lastColumn="0" w:noHBand="0" w:noVBand="1"/>
      </w:tblPr>
      <w:tblGrid>
        <w:gridCol w:w="3408"/>
        <w:gridCol w:w="3408"/>
        <w:gridCol w:w="3408"/>
      </w:tblGrid>
      <w:tr w:rsidR="00EB605F" w14:paraId="11FACB66" w14:textId="77777777">
        <w:trPr>
          <w:jc w:val="center"/>
        </w:trPr>
        <w:tc>
          <w:tcPr>
            <w:tcW w:w="3408" w:type="dxa"/>
            <w:shd w:val="clear" w:color="auto" w:fill="17365D"/>
            <w:vAlign w:val="center"/>
          </w:tcPr>
          <w:p w14:paraId="51995B0D" w14:textId="77777777" w:rsidR="00EB605F" w:rsidRDefault="00000000">
            <w:r>
              <w:rPr>
                <w:b/>
                <w:color w:val="FFFFFF"/>
                <w:sz w:val="19"/>
              </w:rPr>
              <w:t>Category</w:t>
            </w:r>
          </w:p>
        </w:tc>
        <w:tc>
          <w:tcPr>
            <w:tcW w:w="3408" w:type="dxa"/>
            <w:shd w:val="clear" w:color="auto" w:fill="17365D"/>
            <w:vAlign w:val="center"/>
          </w:tcPr>
          <w:p w14:paraId="0346E0BC" w14:textId="77777777" w:rsidR="00EB605F" w:rsidRDefault="00000000">
            <w:r>
              <w:rPr>
                <w:b/>
                <w:color w:val="FFFFFF"/>
                <w:sz w:val="19"/>
              </w:rPr>
              <w:t>Short-Term Goal</w:t>
            </w:r>
          </w:p>
        </w:tc>
        <w:tc>
          <w:tcPr>
            <w:tcW w:w="3408" w:type="dxa"/>
            <w:shd w:val="clear" w:color="auto" w:fill="17365D"/>
            <w:vAlign w:val="center"/>
          </w:tcPr>
          <w:p w14:paraId="51284C0F" w14:textId="77777777" w:rsidR="00EB605F" w:rsidRDefault="00000000">
            <w:r>
              <w:rPr>
                <w:b/>
                <w:color w:val="FFFFFF"/>
                <w:sz w:val="19"/>
              </w:rPr>
              <w:t>Long-Term Goal</w:t>
            </w:r>
          </w:p>
        </w:tc>
      </w:tr>
      <w:tr w:rsidR="00EB605F" w14:paraId="5FFF0035" w14:textId="77777777">
        <w:trPr>
          <w:jc w:val="center"/>
        </w:trPr>
        <w:tc>
          <w:tcPr>
            <w:tcW w:w="3408" w:type="dxa"/>
            <w:vAlign w:val="center"/>
          </w:tcPr>
          <w:p w14:paraId="5D59BA68" w14:textId="77777777" w:rsidR="00EB605F" w:rsidRDefault="00000000">
            <w:r>
              <w:rPr>
                <w:sz w:val="19"/>
              </w:rPr>
              <w:t>Time frame</w:t>
            </w:r>
          </w:p>
        </w:tc>
        <w:tc>
          <w:tcPr>
            <w:tcW w:w="3408" w:type="dxa"/>
            <w:vAlign w:val="center"/>
          </w:tcPr>
          <w:p w14:paraId="56510404" w14:textId="77777777" w:rsidR="00EB605F" w:rsidRDefault="00EB605F"/>
          <w:p w14:paraId="7D13FE4B" w14:textId="77777777" w:rsidR="00EB605F" w:rsidRDefault="00000000">
            <w:r>
              <w:t>________________</w:t>
            </w:r>
          </w:p>
          <w:p w14:paraId="030F7238" w14:textId="77777777" w:rsidR="00EB605F" w:rsidRDefault="00000000">
            <w:r>
              <w:t>________________</w:t>
            </w:r>
          </w:p>
        </w:tc>
        <w:tc>
          <w:tcPr>
            <w:tcW w:w="3408" w:type="dxa"/>
            <w:vAlign w:val="center"/>
          </w:tcPr>
          <w:p w14:paraId="029D8246" w14:textId="77777777" w:rsidR="00EB605F" w:rsidRDefault="00EB605F"/>
          <w:p w14:paraId="6F9B662F" w14:textId="77777777" w:rsidR="00EB605F" w:rsidRDefault="00000000">
            <w:r>
              <w:t>________________</w:t>
            </w:r>
          </w:p>
          <w:p w14:paraId="37AC171A" w14:textId="77777777" w:rsidR="00EB605F" w:rsidRDefault="00000000">
            <w:r>
              <w:t>________________</w:t>
            </w:r>
          </w:p>
        </w:tc>
      </w:tr>
      <w:tr w:rsidR="00EB605F" w14:paraId="67C082B0" w14:textId="77777777">
        <w:trPr>
          <w:jc w:val="center"/>
        </w:trPr>
        <w:tc>
          <w:tcPr>
            <w:tcW w:w="3408" w:type="dxa"/>
            <w:vAlign w:val="center"/>
          </w:tcPr>
          <w:p w14:paraId="54B7E132" w14:textId="77777777" w:rsidR="00EB605F" w:rsidRDefault="00000000">
            <w:r>
              <w:rPr>
                <w:sz w:val="19"/>
              </w:rPr>
              <w:t>Specificity</w:t>
            </w:r>
          </w:p>
        </w:tc>
        <w:tc>
          <w:tcPr>
            <w:tcW w:w="3408" w:type="dxa"/>
            <w:vAlign w:val="center"/>
          </w:tcPr>
          <w:p w14:paraId="2D47233E" w14:textId="77777777" w:rsidR="00EB605F" w:rsidRDefault="00EB605F"/>
          <w:p w14:paraId="1D1FC077" w14:textId="77777777" w:rsidR="00EB605F" w:rsidRDefault="00000000">
            <w:r>
              <w:t>________________</w:t>
            </w:r>
          </w:p>
          <w:p w14:paraId="66275EE2" w14:textId="77777777" w:rsidR="00EB605F" w:rsidRDefault="00000000">
            <w:r>
              <w:t>________________</w:t>
            </w:r>
          </w:p>
        </w:tc>
        <w:tc>
          <w:tcPr>
            <w:tcW w:w="3408" w:type="dxa"/>
            <w:vAlign w:val="center"/>
          </w:tcPr>
          <w:p w14:paraId="0F6FF326" w14:textId="77777777" w:rsidR="00EB605F" w:rsidRDefault="00EB605F"/>
          <w:p w14:paraId="54CFB39F" w14:textId="77777777" w:rsidR="00EB605F" w:rsidRDefault="00000000">
            <w:r>
              <w:t>________________</w:t>
            </w:r>
          </w:p>
          <w:p w14:paraId="3F2ACB28" w14:textId="77777777" w:rsidR="00EB605F" w:rsidRDefault="00000000">
            <w:r>
              <w:t>________________</w:t>
            </w:r>
          </w:p>
        </w:tc>
      </w:tr>
      <w:tr w:rsidR="00EB605F" w14:paraId="0E0DAF40" w14:textId="77777777">
        <w:trPr>
          <w:jc w:val="center"/>
        </w:trPr>
        <w:tc>
          <w:tcPr>
            <w:tcW w:w="3408" w:type="dxa"/>
            <w:vAlign w:val="center"/>
          </w:tcPr>
          <w:p w14:paraId="5F628CE0" w14:textId="77777777" w:rsidR="00EB605F" w:rsidRDefault="00000000">
            <w:r>
              <w:rPr>
                <w:sz w:val="19"/>
              </w:rPr>
              <w:t>Measurability</w:t>
            </w:r>
          </w:p>
        </w:tc>
        <w:tc>
          <w:tcPr>
            <w:tcW w:w="3408" w:type="dxa"/>
            <w:vAlign w:val="center"/>
          </w:tcPr>
          <w:p w14:paraId="62C35FA4" w14:textId="77777777" w:rsidR="00EB605F" w:rsidRDefault="00EB605F"/>
          <w:p w14:paraId="7C38F07D" w14:textId="77777777" w:rsidR="00EB605F" w:rsidRDefault="00000000">
            <w:r>
              <w:t>________________</w:t>
            </w:r>
          </w:p>
          <w:p w14:paraId="2F6EEA6A" w14:textId="77777777" w:rsidR="00EB605F" w:rsidRDefault="00000000">
            <w:r>
              <w:t>________________</w:t>
            </w:r>
          </w:p>
        </w:tc>
        <w:tc>
          <w:tcPr>
            <w:tcW w:w="3408" w:type="dxa"/>
            <w:vAlign w:val="center"/>
          </w:tcPr>
          <w:p w14:paraId="4D23B9DA" w14:textId="77777777" w:rsidR="00EB605F" w:rsidRDefault="00EB605F"/>
          <w:p w14:paraId="6E9DB5C3" w14:textId="77777777" w:rsidR="00EB605F" w:rsidRDefault="00000000">
            <w:r>
              <w:t>________________</w:t>
            </w:r>
          </w:p>
          <w:p w14:paraId="3352E450" w14:textId="77777777" w:rsidR="00EB605F" w:rsidRDefault="00000000">
            <w:r>
              <w:t>________________</w:t>
            </w:r>
          </w:p>
        </w:tc>
      </w:tr>
      <w:tr w:rsidR="00EB605F" w14:paraId="353137FA" w14:textId="77777777">
        <w:trPr>
          <w:jc w:val="center"/>
        </w:trPr>
        <w:tc>
          <w:tcPr>
            <w:tcW w:w="3408" w:type="dxa"/>
            <w:vAlign w:val="center"/>
          </w:tcPr>
          <w:p w14:paraId="3E08EA17" w14:textId="77777777" w:rsidR="00EB605F" w:rsidRDefault="00000000">
            <w:r>
              <w:rPr>
                <w:sz w:val="19"/>
              </w:rPr>
              <w:t>Action</w:t>
            </w:r>
          </w:p>
        </w:tc>
        <w:tc>
          <w:tcPr>
            <w:tcW w:w="3408" w:type="dxa"/>
            <w:vAlign w:val="center"/>
          </w:tcPr>
          <w:p w14:paraId="770944E6" w14:textId="77777777" w:rsidR="00EB605F" w:rsidRDefault="00EB605F"/>
          <w:p w14:paraId="39A535DF" w14:textId="77777777" w:rsidR="00EB605F" w:rsidRDefault="00000000">
            <w:r>
              <w:t>________________</w:t>
            </w:r>
          </w:p>
          <w:p w14:paraId="121091B1" w14:textId="77777777" w:rsidR="00EB605F" w:rsidRDefault="00000000">
            <w:r>
              <w:t>________________</w:t>
            </w:r>
          </w:p>
        </w:tc>
        <w:tc>
          <w:tcPr>
            <w:tcW w:w="3408" w:type="dxa"/>
            <w:vAlign w:val="center"/>
          </w:tcPr>
          <w:p w14:paraId="20B1F970" w14:textId="77777777" w:rsidR="00EB605F" w:rsidRDefault="00EB605F"/>
          <w:p w14:paraId="66BAF1C3" w14:textId="77777777" w:rsidR="00EB605F" w:rsidRDefault="00000000">
            <w:r>
              <w:t>________________</w:t>
            </w:r>
          </w:p>
          <w:p w14:paraId="2CD9A8E6" w14:textId="77777777" w:rsidR="00EB605F" w:rsidRDefault="00000000">
            <w:r>
              <w:t>________________</w:t>
            </w:r>
          </w:p>
        </w:tc>
      </w:tr>
      <w:tr w:rsidR="00EB605F" w14:paraId="62C5DB1C" w14:textId="77777777">
        <w:trPr>
          <w:jc w:val="center"/>
        </w:trPr>
        <w:tc>
          <w:tcPr>
            <w:tcW w:w="3408" w:type="dxa"/>
            <w:vAlign w:val="center"/>
          </w:tcPr>
          <w:p w14:paraId="3C3D430B" w14:textId="77777777" w:rsidR="00EB605F" w:rsidRDefault="00000000">
            <w:r>
              <w:rPr>
                <w:sz w:val="19"/>
              </w:rPr>
              <w:t>Purpose</w:t>
            </w:r>
          </w:p>
        </w:tc>
        <w:tc>
          <w:tcPr>
            <w:tcW w:w="3408" w:type="dxa"/>
            <w:vAlign w:val="center"/>
          </w:tcPr>
          <w:p w14:paraId="1541D2F1" w14:textId="77777777" w:rsidR="00EB605F" w:rsidRDefault="00EB605F"/>
          <w:p w14:paraId="19462824" w14:textId="77777777" w:rsidR="00EB605F" w:rsidRDefault="00000000">
            <w:r>
              <w:t>________________</w:t>
            </w:r>
          </w:p>
          <w:p w14:paraId="337EB695" w14:textId="77777777" w:rsidR="00EB605F" w:rsidRDefault="00000000">
            <w:r>
              <w:t>________________</w:t>
            </w:r>
          </w:p>
        </w:tc>
        <w:tc>
          <w:tcPr>
            <w:tcW w:w="3408" w:type="dxa"/>
            <w:vAlign w:val="center"/>
          </w:tcPr>
          <w:p w14:paraId="1F2F533D" w14:textId="77777777" w:rsidR="00EB605F" w:rsidRDefault="00EB605F"/>
          <w:p w14:paraId="75990E38" w14:textId="77777777" w:rsidR="00EB605F" w:rsidRDefault="00000000">
            <w:r>
              <w:t>________________</w:t>
            </w:r>
          </w:p>
          <w:p w14:paraId="0BC369FE" w14:textId="77777777" w:rsidR="00EB605F" w:rsidRDefault="00000000">
            <w:r>
              <w:t>________________</w:t>
            </w:r>
          </w:p>
        </w:tc>
      </w:tr>
    </w:tbl>
    <w:p w14:paraId="2F75F943" w14:textId="77777777" w:rsidR="007E207F" w:rsidRDefault="007E207F">
      <w:pPr>
        <w:spacing w:after="100" w:line="252" w:lineRule="auto"/>
        <w:rPr>
          <w:b/>
        </w:rPr>
      </w:pPr>
    </w:p>
    <w:p w14:paraId="5B73B6F5" w14:textId="2893216C" w:rsidR="00EB605F" w:rsidRDefault="00000000">
      <w:pPr>
        <w:spacing w:after="100" w:line="252" w:lineRule="auto"/>
      </w:pPr>
      <w:r>
        <w:rPr>
          <w:b/>
        </w:rPr>
        <w:t>What is the first concrete action you will take?</w:t>
      </w:r>
    </w:p>
    <w:p w14:paraId="013EC387" w14:textId="77777777" w:rsidR="00EB605F" w:rsidRDefault="00000000">
      <w:pPr>
        <w:spacing w:after="100" w:line="252" w:lineRule="auto"/>
      </w:pPr>
      <w:r>
        <w:rPr>
          <w:color w:val="999999"/>
        </w:rPr>
        <w:t>________________________________________________________________________________</w:t>
      </w:r>
    </w:p>
    <w:p w14:paraId="5FDFC272" w14:textId="77777777" w:rsidR="00EB605F" w:rsidRDefault="00000000">
      <w:pPr>
        <w:spacing w:after="100" w:line="252" w:lineRule="auto"/>
      </w:pPr>
      <w:r>
        <w:rPr>
          <w:color w:val="999999"/>
        </w:rPr>
        <w:t>________________________________________________________________________________</w:t>
      </w:r>
    </w:p>
    <w:p w14:paraId="2633764B" w14:textId="77777777" w:rsidR="00EB605F" w:rsidRDefault="00000000">
      <w:pPr>
        <w:spacing w:after="100" w:line="252" w:lineRule="auto"/>
      </w:pPr>
      <w:r>
        <w:rPr>
          <w:color w:val="999999"/>
        </w:rPr>
        <w:t>________________________________________________________________________________</w:t>
      </w:r>
    </w:p>
    <w:p w14:paraId="1F4DE940" w14:textId="77777777" w:rsidR="00EB605F" w:rsidRDefault="00000000">
      <w:pPr>
        <w:spacing w:after="100" w:line="252" w:lineRule="auto"/>
      </w:pPr>
      <w:r>
        <w:rPr>
          <w:b/>
        </w:rPr>
        <w:t>How will you know you are making progress?</w:t>
      </w:r>
    </w:p>
    <w:p w14:paraId="0AF9F31A" w14:textId="77777777" w:rsidR="00EB605F" w:rsidRDefault="00000000">
      <w:pPr>
        <w:spacing w:after="100" w:line="252" w:lineRule="auto"/>
      </w:pPr>
      <w:r>
        <w:rPr>
          <w:color w:val="999999"/>
        </w:rPr>
        <w:t>________________________________________________________________________________</w:t>
      </w:r>
    </w:p>
    <w:p w14:paraId="31EFDE6C" w14:textId="77777777" w:rsidR="00EB605F" w:rsidRDefault="00000000">
      <w:pPr>
        <w:spacing w:after="100" w:line="252" w:lineRule="auto"/>
      </w:pPr>
      <w:r>
        <w:rPr>
          <w:color w:val="999999"/>
        </w:rPr>
        <w:t>________________________________________________________________________________</w:t>
      </w:r>
    </w:p>
    <w:p w14:paraId="5A34B4FE" w14:textId="77777777" w:rsidR="00EB605F" w:rsidRDefault="00000000">
      <w:pPr>
        <w:spacing w:after="100" w:line="252" w:lineRule="auto"/>
      </w:pPr>
      <w:r>
        <w:rPr>
          <w:color w:val="999999"/>
        </w:rPr>
        <w:t>________________________________________________________________________________</w:t>
      </w:r>
    </w:p>
    <w:p w14:paraId="3310535C" w14:textId="77777777" w:rsidR="00EB605F" w:rsidRDefault="00000000">
      <w:pPr>
        <w:spacing w:after="100" w:line="252" w:lineRule="auto"/>
      </w:pPr>
      <w:r>
        <w:br w:type="page"/>
      </w:r>
    </w:p>
    <w:p w14:paraId="548030D3" w14:textId="77777777" w:rsidR="00EB605F" w:rsidRDefault="00000000">
      <w:pPr>
        <w:pStyle w:val="Heading1"/>
        <w:spacing w:after="100" w:line="252" w:lineRule="auto"/>
      </w:pPr>
      <w:r>
        <w:lastRenderedPageBreak/>
        <w:t>Recognition with Intention</w:t>
      </w:r>
    </w:p>
    <w:p w14:paraId="7BA54898" w14:textId="15C28776" w:rsidR="006C6246" w:rsidRPr="006C6246" w:rsidRDefault="006C6246" w:rsidP="006C6246">
      <w:pPr>
        <w:spacing w:after="100" w:line="252" w:lineRule="auto"/>
      </w:pPr>
      <w:r w:rsidRPr="006C6246">
        <w:rPr>
          <w:i/>
          <w:iCs/>
        </w:rPr>
        <w:t>“Recognition is a psychological need. People need to feel that their work and contributions are appreciated, as this can help them improve their performance and feel more connected to the workplace. Reflecting on your team’s achievement is crucial for employees’ morale.”</w:t>
      </w:r>
      <w:r>
        <w:t xml:space="preserve"> </w:t>
      </w:r>
      <w:r>
        <w:t xml:space="preserve">From </w:t>
      </w:r>
      <w:r w:rsidRPr="006C6246">
        <w:rPr>
          <w:i/>
          <w:iCs/>
        </w:rPr>
        <w:t>Work Huma</w:t>
      </w:r>
      <w:r>
        <w:rPr>
          <w:i/>
          <w:iCs/>
        </w:rPr>
        <w:t>n</w:t>
      </w:r>
    </w:p>
    <w:p w14:paraId="54DDF800" w14:textId="77777777" w:rsidR="00EB605F" w:rsidRDefault="00000000">
      <w:pPr>
        <w:pStyle w:val="ListBullet"/>
        <w:spacing w:after="100" w:line="252" w:lineRule="auto"/>
      </w:pPr>
      <w:r>
        <w:t>Specific — Highlight how someone’s efforts helped solve a pressing issue or supported the team during a challenging time.</w:t>
      </w:r>
    </w:p>
    <w:p w14:paraId="628000AC" w14:textId="77777777" w:rsidR="00EB605F" w:rsidRDefault="00000000">
      <w:pPr>
        <w:pStyle w:val="ListBullet"/>
        <w:spacing w:after="100" w:line="252" w:lineRule="auto"/>
      </w:pPr>
      <w:r>
        <w:t>Timely — Acknowledge contributions quickly so the recognition feels relevant.</w:t>
      </w:r>
    </w:p>
    <w:p w14:paraId="63A6BD2B" w14:textId="77777777" w:rsidR="00EB605F" w:rsidRDefault="00000000">
      <w:pPr>
        <w:pStyle w:val="ListBullet"/>
        <w:spacing w:after="100" w:line="252" w:lineRule="auto"/>
      </w:pPr>
      <w:r>
        <w:t>Tailored — Connect recognition to the values, motivations, and preferences of the person being recognized.</w:t>
      </w:r>
    </w:p>
    <w:tbl>
      <w:tblPr>
        <w:tblStyle w:val="TableGrid"/>
        <w:tblW w:w="0" w:type="auto"/>
        <w:jc w:val="center"/>
        <w:tblLook w:val="04A0" w:firstRow="1" w:lastRow="0" w:firstColumn="1" w:lastColumn="0" w:noHBand="0" w:noVBand="1"/>
      </w:tblPr>
      <w:tblGrid>
        <w:gridCol w:w="3408"/>
        <w:gridCol w:w="3408"/>
        <w:gridCol w:w="3408"/>
      </w:tblGrid>
      <w:tr w:rsidR="00EB605F" w14:paraId="79A27C85" w14:textId="77777777">
        <w:trPr>
          <w:jc w:val="center"/>
        </w:trPr>
        <w:tc>
          <w:tcPr>
            <w:tcW w:w="3408" w:type="dxa"/>
            <w:shd w:val="clear" w:color="auto" w:fill="17365D"/>
            <w:vAlign w:val="center"/>
          </w:tcPr>
          <w:p w14:paraId="0EB41009" w14:textId="77777777" w:rsidR="00EB605F" w:rsidRDefault="00000000">
            <w:r>
              <w:rPr>
                <w:b/>
                <w:color w:val="FFFFFF"/>
                <w:sz w:val="19"/>
              </w:rPr>
              <w:t>Recognition Opportunity</w:t>
            </w:r>
          </w:p>
        </w:tc>
        <w:tc>
          <w:tcPr>
            <w:tcW w:w="3408" w:type="dxa"/>
            <w:shd w:val="clear" w:color="auto" w:fill="17365D"/>
            <w:vAlign w:val="center"/>
          </w:tcPr>
          <w:p w14:paraId="2CD7F4F3" w14:textId="77777777" w:rsidR="00EB605F" w:rsidRDefault="00000000">
            <w:r>
              <w:rPr>
                <w:b/>
                <w:color w:val="FFFFFF"/>
                <w:sz w:val="19"/>
              </w:rPr>
              <w:t>Why it matters to our change</w:t>
            </w:r>
          </w:p>
        </w:tc>
        <w:tc>
          <w:tcPr>
            <w:tcW w:w="3408" w:type="dxa"/>
            <w:shd w:val="clear" w:color="auto" w:fill="17365D"/>
            <w:vAlign w:val="center"/>
          </w:tcPr>
          <w:p w14:paraId="73DCD349" w14:textId="77777777" w:rsidR="00EB605F" w:rsidRDefault="00000000">
            <w:r>
              <w:rPr>
                <w:b/>
                <w:color w:val="FFFFFF"/>
                <w:sz w:val="19"/>
              </w:rPr>
              <w:t>How / when I will recognize it</w:t>
            </w:r>
          </w:p>
        </w:tc>
      </w:tr>
      <w:tr w:rsidR="00EB605F" w14:paraId="6DBDD148" w14:textId="77777777">
        <w:trPr>
          <w:jc w:val="center"/>
        </w:trPr>
        <w:tc>
          <w:tcPr>
            <w:tcW w:w="3408" w:type="dxa"/>
            <w:vAlign w:val="center"/>
          </w:tcPr>
          <w:p w14:paraId="698FF4D2" w14:textId="77777777" w:rsidR="00EB605F" w:rsidRDefault="00EB605F"/>
          <w:p w14:paraId="52B01BE4" w14:textId="77777777" w:rsidR="00EB605F" w:rsidRDefault="00000000">
            <w:r>
              <w:t>________________</w:t>
            </w:r>
          </w:p>
          <w:p w14:paraId="492AE07B" w14:textId="77777777" w:rsidR="00EB605F" w:rsidRDefault="00000000">
            <w:r>
              <w:t>________________</w:t>
            </w:r>
          </w:p>
        </w:tc>
        <w:tc>
          <w:tcPr>
            <w:tcW w:w="3408" w:type="dxa"/>
            <w:vAlign w:val="center"/>
          </w:tcPr>
          <w:p w14:paraId="0CF2A2AF" w14:textId="77777777" w:rsidR="00EB605F" w:rsidRDefault="00EB605F"/>
          <w:p w14:paraId="5357B870" w14:textId="77777777" w:rsidR="00EB605F" w:rsidRDefault="00000000">
            <w:r>
              <w:t>________________</w:t>
            </w:r>
          </w:p>
          <w:p w14:paraId="674B889C" w14:textId="77777777" w:rsidR="00EB605F" w:rsidRDefault="00000000">
            <w:r>
              <w:t>________________</w:t>
            </w:r>
          </w:p>
        </w:tc>
        <w:tc>
          <w:tcPr>
            <w:tcW w:w="3408" w:type="dxa"/>
            <w:vAlign w:val="center"/>
          </w:tcPr>
          <w:p w14:paraId="57C4C667" w14:textId="77777777" w:rsidR="00EB605F" w:rsidRDefault="00EB605F"/>
          <w:p w14:paraId="32FC2F51" w14:textId="77777777" w:rsidR="00EB605F" w:rsidRDefault="00000000">
            <w:r>
              <w:t>________________</w:t>
            </w:r>
          </w:p>
          <w:p w14:paraId="0FAFFE5C" w14:textId="77777777" w:rsidR="00EB605F" w:rsidRDefault="00000000">
            <w:r>
              <w:t>________________</w:t>
            </w:r>
          </w:p>
        </w:tc>
      </w:tr>
      <w:tr w:rsidR="00EB605F" w14:paraId="0BD79EA2" w14:textId="77777777">
        <w:trPr>
          <w:jc w:val="center"/>
        </w:trPr>
        <w:tc>
          <w:tcPr>
            <w:tcW w:w="3408" w:type="dxa"/>
            <w:vAlign w:val="center"/>
          </w:tcPr>
          <w:p w14:paraId="2612AA66" w14:textId="77777777" w:rsidR="00EB605F" w:rsidRDefault="00EB605F"/>
          <w:p w14:paraId="351FCC78" w14:textId="77777777" w:rsidR="00EB605F" w:rsidRDefault="00000000">
            <w:r>
              <w:t>________________</w:t>
            </w:r>
          </w:p>
          <w:p w14:paraId="1FF3E107" w14:textId="77777777" w:rsidR="00EB605F" w:rsidRDefault="00000000">
            <w:r>
              <w:t>________________</w:t>
            </w:r>
          </w:p>
        </w:tc>
        <w:tc>
          <w:tcPr>
            <w:tcW w:w="3408" w:type="dxa"/>
            <w:vAlign w:val="center"/>
          </w:tcPr>
          <w:p w14:paraId="6A0C7D51" w14:textId="77777777" w:rsidR="00EB605F" w:rsidRDefault="00EB605F"/>
          <w:p w14:paraId="7C3079F8" w14:textId="77777777" w:rsidR="00EB605F" w:rsidRDefault="00000000">
            <w:r>
              <w:t>________________</w:t>
            </w:r>
          </w:p>
          <w:p w14:paraId="6AC40E5C" w14:textId="77777777" w:rsidR="00EB605F" w:rsidRDefault="00000000">
            <w:r>
              <w:t>________________</w:t>
            </w:r>
          </w:p>
        </w:tc>
        <w:tc>
          <w:tcPr>
            <w:tcW w:w="3408" w:type="dxa"/>
            <w:vAlign w:val="center"/>
          </w:tcPr>
          <w:p w14:paraId="7E67D595" w14:textId="77777777" w:rsidR="00EB605F" w:rsidRDefault="00EB605F"/>
          <w:p w14:paraId="7079A020" w14:textId="77777777" w:rsidR="00EB605F" w:rsidRDefault="00000000">
            <w:r>
              <w:t>________________</w:t>
            </w:r>
          </w:p>
          <w:p w14:paraId="0500D427" w14:textId="77777777" w:rsidR="00EB605F" w:rsidRDefault="00000000">
            <w:r>
              <w:t>________________</w:t>
            </w:r>
          </w:p>
        </w:tc>
      </w:tr>
      <w:tr w:rsidR="00EB605F" w14:paraId="327C5DBE" w14:textId="77777777">
        <w:trPr>
          <w:jc w:val="center"/>
        </w:trPr>
        <w:tc>
          <w:tcPr>
            <w:tcW w:w="3408" w:type="dxa"/>
            <w:vAlign w:val="center"/>
          </w:tcPr>
          <w:p w14:paraId="69ED64BF" w14:textId="77777777" w:rsidR="00EB605F" w:rsidRDefault="00EB605F"/>
          <w:p w14:paraId="533EE08E" w14:textId="77777777" w:rsidR="00EB605F" w:rsidRDefault="00000000">
            <w:r>
              <w:t>________________</w:t>
            </w:r>
          </w:p>
          <w:p w14:paraId="2E399A61" w14:textId="77777777" w:rsidR="00EB605F" w:rsidRDefault="00000000">
            <w:r>
              <w:t>________________</w:t>
            </w:r>
          </w:p>
        </w:tc>
        <w:tc>
          <w:tcPr>
            <w:tcW w:w="3408" w:type="dxa"/>
            <w:vAlign w:val="center"/>
          </w:tcPr>
          <w:p w14:paraId="72E43934" w14:textId="77777777" w:rsidR="00EB605F" w:rsidRDefault="00EB605F"/>
          <w:p w14:paraId="3873620C" w14:textId="77777777" w:rsidR="00EB605F" w:rsidRDefault="00000000">
            <w:r>
              <w:t>________________</w:t>
            </w:r>
          </w:p>
          <w:p w14:paraId="3D853E40" w14:textId="77777777" w:rsidR="00EB605F" w:rsidRDefault="00000000">
            <w:r>
              <w:t>________________</w:t>
            </w:r>
          </w:p>
        </w:tc>
        <w:tc>
          <w:tcPr>
            <w:tcW w:w="3408" w:type="dxa"/>
            <w:vAlign w:val="center"/>
          </w:tcPr>
          <w:p w14:paraId="3BB1F990" w14:textId="77777777" w:rsidR="00EB605F" w:rsidRDefault="00EB605F"/>
          <w:p w14:paraId="35BFDAC3" w14:textId="77777777" w:rsidR="00EB605F" w:rsidRDefault="00000000">
            <w:r>
              <w:t>________________</w:t>
            </w:r>
          </w:p>
          <w:p w14:paraId="1C382F54" w14:textId="77777777" w:rsidR="00EB605F" w:rsidRDefault="00000000">
            <w:r>
              <w:t>________________</w:t>
            </w:r>
          </w:p>
        </w:tc>
      </w:tr>
    </w:tbl>
    <w:p w14:paraId="58CFFC76" w14:textId="77777777" w:rsidR="006C6246" w:rsidRDefault="006C6246" w:rsidP="006C6246">
      <w:pPr>
        <w:spacing w:after="100" w:line="252" w:lineRule="auto"/>
      </w:pPr>
    </w:p>
    <w:p w14:paraId="70633935" w14:textId="1C03CCAE" w:rsidR="00EB605F" w:rsidRPr="006C6246" w:rsidRDefault="00000000" w:rsidP="006C6246">
      <w:pPr>
        <w:spacing w:before="120" w:after="120" w:line="252" w:lineRule="auto"/>
        <w:rPr>
          <w:b/>
          <w:bCs/>
          <w:color w:val="4F81BD" w:themeColor="accent1"/>
        </w:rPr>
      </w:pPr>
      <w:r w:rsidRPr="006C6246">
        <w:rPr>
          <w:b/>
          <w:bCs/>
          <w:color w:val="4F81BD" w:themeColor="accent1"/>
          <w:sz w:val="32"/>
          <w:szCs w:val="32"/>
        </w:rPr>
        <w:t>Time to Reflect: Recognizing Your Team</w:t>
      </w:r>
    </w:p>
    <w:p w14:paraId="29969E97" w14:textId="77777777" w:rsidR="00EB605F" w:rsidRDefault="00000000">
      <w:pPr>
        <w:spacing w:after="100" w:line="252" w:lineRule="auto"/>
      </w:pPr>
      <w:r>
        <w:rPr>
          <w:b/>
        </w:rPr>
        <w:t>How do you intentionally recognize your team members?</w:t>
      </w:r>
    </w:p>
    <w:p w14:paraId="124ED5C2" w14:textId="77777777" w:rsidR="00EB605F" w:rsidRDefault="00000000">
      <w:pPr>
        <w:spacing w:after="100" w:line="252" w:lineRule="auto"/>
      </w:pPr>
      <w:r>
        <w:rPr>
          <w:color w:val="999999"/>
        </w:rPr>
        <w:t>________________________________________________________________________________</w:t>
      </w:r>
    </w:p>
    <w:p w14:paraId="756B3137" w14:textId="77777777" w:rsidR="00EB605F" w:rsidRDefault="00000000">
      <w:pPr>
        <w:spacing w:after="100" w:line="252" w:lineRule="auto"/>
      </w:pPr>
      <w:r>
        <w:rPr>
          <w:color w:val="999999"/>
        </w:rPr>
        <w:t>________________________________________________________________________________</w:t>
      </w:r>
    </w:p>
    <w:p w14:paraId="2C4BFE99" w14:textId="77777777" w:rsidR="00EB605F" w:rsidRDefault="00000000">
      <w:pPr>
        <w:spacing w:after="100" w:line="252" w:lineRule="auto"/>
      </w:pPr>
      <w:r>
        <w:rPr>
          <w:color w:val="999999"/>
        </w:rPr>
        <w:t>________________________________________________________________________________</w:t>
      </w:r>
    </w:p>
    <w:p w14:paraId="7A72F18B" w14:textId="77777777" w:rsidR="00EB605F" w:rsidRDefault="00000000">
      <w:pPr>
        <w:spacing w:after="100" w:line="252" w:lineRule="auto"/>
      </w:pPr>
      <w:r>
        <w:rPr>
          <w:color w:val="999999"/>
        </w:rPr>
        <w:t>________________________________________________________________________________</w:t>
      </w:r>
    </w:p>
    <w:p w14:paraId="26A96A04" w14:textId="77777777" w:rsidR="00EB605F" w:rsidRDefault="00000000">
      <w:pPr>
        <w:spacing w:after="100" w:line="252" w:lineRule="auto"/>
      </w:pPr>
      <w:r>
        <w:rPr>
          <w:color w:val="999999"/>
        </w:rPr>
        <w:t>________________________________________________________________________________</w:t>
      </w:r>
    </w:p>
    <w:p w14:paraId="4C54F358" w14:textId="77777777" w:rsidR="00EB605F" w:rsidRDefault="00000000">
      <w:pPr>
        <w:spacing w:after="100" w:line="252" w:lineRule="auto"/>
      </w:pPr>
      <w:r>
        <w:rPr>
          <w:b/>
        </w:rPr>
        <w:t>How do you encourage team members to recognize each other?</w:t>
      </w:r>
    </w:p>
    <w:p w14:paraId="72085347" w14:textId="77777777" w:rsidR="00EB605F" w:rsidRDefault="00000000">
      <w:pPr>
        <w:spacing w:after="100" w:line="252" w:lineRule="auto"/>
      </w:pPr>
      <w:r>
        <w:rPr>
          <w:color w:val="999999"/>
        </w:rPr>
        <w:t>________________________________________________________________________________</w:t>
      </w:r>
    </w:p>
    <w:p w14:paraId="446FC29A" w14:textId="77777777" w:rsidR="00EB605F" w:rsidRDefault="00000000">
      <w:pPr>
        <w:spacing w:after="100" w:line="252" w:lineRule="auto"/>
      </w:pPr>
      <w:r>
        <w:rPr>
          <w:color w:val="999999"/>
        </w:rPr>
        <w:t>________________________________________________________________________________</w:t>
      </w:r>
    </w:p>
    <w:p w14:paraId="0E8978DF" w14:textId="77777777" w:rsidR="00EB605F" w:rsidRDefault="00000000">
      <w:pPr>
        <w:spacing w:after="100" w:line="252" w:lineRule="auto"/>
      </w:pPr>
      <w:r>
        <w:rPr>
          <w:color w:val="999999"/>
        </w:rPr>
        <w:t>________________________________________________________________________________</w:t>
      </w:r>
    </w:p>
    <w:p w14:paraId="4AEEBE34" w14:textId="77777777" w:rsidR="00EB605F" w:rsidRDefault="00000000">
      <w:pPr>
        <w:spacing w:after="100" w:line="252" w:lineRule="auto"/>
      </w:pPr>
      <w:r>
        <w:rPr>
          <w:color w:val="999999"/>
        </w:rPr>
        <w:t>________________________________________________________________________________</w:t>
      </w:r>
    </w:p>
    <w:p w14:paraId="4403BDC3" w14:textId="77777777" w:rsidR="00EB605F" w:rsidRDefault="00000000">
      <w:pPr>
        <w:spacing w:after="100" w:line="252" w:lineRule="auto"/>
      </w:pPr>
      <w:r>
        <w:rPr>
          <w:color w:val="999999"/>
        </w:rPr>
        <w:t>________________________________________________________________________________</w:t>
      </w:r>
    </w:p>
    <w:p w14:paraId="5E93B8C1" w14:textId="77777777" w:rsidR="00EB605F" w:rsidRDefault="00000000">
      <w:pPr>
        <w:spacing w:after="100" w:line="252" w:lineRule="auto"/>
      </w:pPr>
      <w:r>
        <w:rPr>
          <w:b/>
        </w:rPr>
        <w:t>What small win could you celebrate soon?</w:t>
      </w:r>
    </w:p>
    <w:p w14:paraId="6423B8ED" w14:textId="77777777" w:rsidR="00EB605F" w:rsidRDefault="00000000">
      <w:pPr>
        <w:spacing w:after="100" w:line="252" w:lineRule="auto"/>
      </w:pPr>
      <w:r>
        <w:rPr>
          <w:color w:val="999999"/>
        </w:rPr>
        <w:t>________________________________________________________________________________</w:t>
      </w:r>
    </w:p>
    <w:p w14:paraId="497A3CC1" w14:textId="77777777" w:rsidR="00EB605F" w:rsidRDefault="00000000">
      <w:pPr>
        <w:spacing w:after="100" w:line="252" w:lineRule="auto"/>
      </w:pPr>
      <w:r>
        <w:rPr>
          <w:color w:val="999999"/>
        </w:rPr>
        <w:t>________________________________________________________________________________</w:t>
      </w:r>
    </w:p>
    <w:p w14:paraId="71799E17" w14:textId="77777777" w:rsidR="00EB605F" w:rsidRDefault="00000000">
      <w:pPr>
        <w:spacing w:after="100" w:line="252" w:lineRule="auto"/>
      </w:pPr>
      <w:r>
        <w:rPr>
          <w:color w:val="999999"/>
        </w:rPr>
        <w:t>________________________________________________________________________________</w:t>
      </w:r>
    </w:p>
    <w:p w14:paraId="61B2BA5C" w14:textId="77777777" w:rsidR="00EB605F" w:rsidRDefault="00000000">
      <w:pPr>
        <w:spacing w:after="100" w:line="252" w:lineRule="auto"/>
      </w:pPr>
      <w:r>
        <w:rPr>
          <w:color w:val="999999"/>
        </w:rPr>
        <w:t>________________________________________________________________________________</w:t>
      </w:r>
    </w:p>
    <w:p w14:paraId="20A44BBE" w14:textId="77777777" w:rsidR="00EB605F" w:rsidRDefault="00000000">
      <w:pPr>
        <w:spacing w:after="100" w:line="252" w:lineRule="auto"/>
      </w:pPr>
      <w:r>
        <w:br w:type="page"/>
      </w:r>
    </w:p>
    <w:p w14:paraId="59FA7636" w14:textId="77777777" w:rsidR="00EB605F" w:rsidRPr="006C6246" w:rsidRDefault="00000000">
      <w:pPr>
        <w:pStyle w:val="Heading1"/>
        <w:spacing w:after="100" w:line="252" w:lineRule="auto"/>
        <w:rPr>
          <w:sz w:val="32"/>
          <w:szCs w:val="32"/>
        </w:rPr>
      </w:pPr>
      <w:r w:rsidRPr="006C6246">
        <w:rPr>
          <w:sz w:val="32"/>
          <w:szCs w:val="32"/>
        </w:rPr>
        <w:lastRenderedPageBreak/>
        <w:t>My Change Leadership Action Plan</w:t>
      </w:r>
    </w:p>
    <w:p w14:paraId="7895ECAD" w14:textId="77777777" w:rsidR="00EB605F" w:rsidRDefault="00000000">
      <w:pPr>
        <w:spacing w:after="100" w:line="252" w:lineRule="auto"/>
      </w:pPr>
      <w:r>
        <w:t>Bring together the ideas from today into a practical plan for a change you are leading or supporting.</w:t>
      </w:r>
    </w:p>
    <w:tbl>
      <w:tblPr>
        <w:tblStyle w:val="TableGrid"/>
        <w:tblW w:w="0" w:type="auto"/>
        <w:jc w:val="center"/>
        <w:tblLook w:val="04A0" w:firstRow="1" w:lastRow="0" w:firstColumn="1" w:lastColumn="0" w:noHBand="0" w:noVBand="1"/>
      </w:tblPr>
      <w:tblGrid>
        <w:gridCol w:w="5112"/>
        <w:gridCol w:w="5112"/>
      </w:tblGrid>
      <w:tr w:rsidR="00EB605F" w14:paraId="3ADEDFF7" w14:textId="77777777">
        <w:trPr>
          <w:jc w:val="center"/>
        </w:trPr>
        <w:tc>
          <w:tcPr>
            <w:tcW w:w="5112" w:type="dxa"/>
            <w:shd w:val="clear" w:color="auto" w:fill="17365D"/>
            <w:vAlign w:val="center"/>
          </w:tcPr>
          <w:p w14:paraId="2AA59ABE" w14:textId="77777777" w:rsidR="00EB605F" w:rsidRDefault="00000000">
            <w:r>
              <w:rPr>
                <w:b/>
                <w:color w:val="FFFFFF"/>
                <w:sz w:val="19"/>
              </w:rPr>
              <w:t>Planning Area</w:t>
            </w:r>
          </w:p>
        </w:tc>
        <w:tc>
          <w:tcPr>
            <w:tcW w:w="5112" w:type="dxa"/>
            <w:shd w:val="clear" w:color="auto" w:fill="17365D"/>
            <w:vAlign w:val="center"/>
          </w:tcPr>
          <w:p w14:paraId="2E2E2219" w14:textId="77777777" w:rsidR="00EB605F" w:rsidRDefault="00000000">
            <w:r>
              <w:rPr>
                <w:b/>
                <w:color w:val="FFFFFF"/>
                <w:sz w:val="19"/>
              </w:rPr>
              <w:t>My Action Plan</w:t>
            </w:r>
          </w:p>
        </w:tc>
      </w:tr>
      <w:tr w:rsidR="00EB605F" w14:paraId="13800A2A" w14:textId="77777777">
        <w:trPr>
          <w:jc w:val="center"/>
        </w:trPr>
        <w:tc>
          <w:tcPr>
            <w:tcW w:w="5112" w:type="dxa"/>
            <w:vAlign w:val="center"/>
          </w:tcPr>
          <w:p w14:paraId="1342DA21" w14:textId="77777777" w:rsidR="00EB605F" w:rsidRDefault="00000000">
            <w:r>
              <w:rPr>
                <w:sz w:val="19"/>
              </w:rPr>
              <w:t>Change I am addressing</w:t>
            </w:r>
          </w:p>
        </w:tc>
        <w:tc>
          <w:tcPr>
            <w:tcW w:w="5112" w:type="dxa"/>
            <w:vAlign w:val="center"/>
          </w:tcPr>
          <w:p w14:paraId="06B6DDD6" w14:textId="77777777" w:rsidR="00EB605F" w:rsidRDefault="00EB605F"/>
          <w:p w14:paraId="306916E9" w14:textId="77777777" w:rsidR="00EB605F" w:rsidRDefault="00000000">
            <w:r>
              <w:t>________________</w:t>
            </w:r>
          </w:p>
          <w:p w14:paraId="4AA0BD03" w14:textId="77777777" w:rsidR="00EB605F" w:rsidRDefault="00000000">
            <w:r>
              <w:t>________________</w:t>
            </w:r>
          </w:p>
        </w:tc>
      </w:tr>
      <w:tr w:rsidR="00EB605F" w14:paraId="550BFB14" w14:textId="77777777">
        <w:trPr>
          <w:jc w:val="center"/>
        </w:trPr>
        <w:tc>
          <w:tcPr>
            <w:tcW w:w="5112" w:type="dxa"/>
            <w:vAlign w:val="center"/>
          </w:tcPr>
          <w:p w14:paraId="32129A37" w14:textId="77777777" w:rsidR="00EB605F" w:rsidRDefault="00000000">
            <w:r>
              <w:rPr>
                <w:sz w:val="19"/>
              </w:rPr>
              <w:t>Desired outcome</w:t>
            </w:r>
          </w:p>
        </w:tc>
        <w:tc>
          <w:tcPr>
            <w:tcW w:w="5112" w:type="dxa"/>
            <w:vAlign w:val="center"/>
          </w:tcPr>
          <w:p w14:paraId="0EB30939" w14:textId="77777777" w:rsidR="00EB605F" w:rsidRDefault="00EB605F"/>
          <w:p w14:paraId="05759000" w14:textId="77777777" w:rsidR="00EB605F" w:rsidRDefault="00000000">
            <w:r>
              <w:t>________________</w:t>
            </w:r>
          </w:p>
          <w:p w14:paraId="0A21FDA3" w14:textId="77777777" w:rsidR="00EB605F" w:rsidRDefault="00000000">
            <w:r>
              <w:t>________________</w:t>
            </w:r>
          </w:p>
        </w:tc>
      </w:tr>
      <w:tr w:rsidR="00EB605F" w14:paraId="5207F31C" w14:textId="77777777">
        <w:trPr>
          <w:jc w:val="center"/>
        </w:trPr>
        <w:tc>
          <w:tcPr>
            <w:tcW w:w="5112" w:type="dxa"/>
            <w:vAlign w:val="center"/>
          </w:tcPr>
          <w:p w14:paraId="47AC1631" w14:textId="77777777" w:rsidR="00EB605F" w:rsidRDefault="00000000">
            <w:r>
              <w:rPr>
                <w:sz w:val="19"/>
              </w:rPr>
              <w:t>Change strategy / model I will use</w:t>
            </w:r>
          </w:p>
        </w:tc>
        <w:tc>
          <w:tcPr>
            <w:tcW w:w="5112" w:type="dxa"/>
            <w:vAlign w:val="center"/>
          </w:tcPr>
          <w:p w14:paraId="2FDC2D2B" w14:textId="77777777" w:rsidR="00EB605F" w:rsidRDefault="00EB605F"/>
          <w:p w14:paraId="2CBD9C85" w14:textId="77777777" w:rsidR="00EB605F" w:rsidRDefault="00000000">
            <w:r>
              <w:t>________________</w:t>
            </w:r>
          </w:p>
          <w:p w14:paraId="012A6240" w14:textId="77777777" w:rsidR="00EB605F" w:rsidRDefault="00000000">
            <w:r>
              <w:t>________________</w:t>
            </w:r>
          </w:p>
        </w:tc>
      </w:tr>
      <w:tr w:rsidR="00EB605F" w14:paraId="105D6A43" w14:textId="77777777">
        <w:trPr>
          <w:jc w:val="center"/>
        </w:trPr>
        <w:tc>
          <w:tcPr>
            <w:tcW w:w="5112" w:type="dxa"/>
            <w:vAlign w:val="center"/>
          </w:tcPr>
          <w:p w14:paraId="16066C6A" w14:textId="77777777" w:rsidR="00EB605F" w:rsidRDefault="00000000">
            <w:r>
              <w:rPr>
                <w:sz w:val="19"/>
              </w:rPr>
              <w:t>People I need to engage</w:t>
            </w:r>
          </w:p>
        </w:tc>
        <w:tc>
          <w:tcPr>
            <w:tcW w:w="5112" w:type="dxa"/>
            <w:vAlign w:val="center"/>
          </w:tcPr>
          <w:p w14:paraId="0F79EB63" w14:textId="77777777" w:rsidR="00EB605F" w:rsidRDefault="00EB605F"/>
          <w:p w14:paraId="5347F660" w14:textId="77777777" w:rsidR="00EB605F" w:rsidRDefault="00000000">
            <w:r>
              <w:t>________________</w:t>
            </w:r>
          </w:p>
          <w:p w14:paraId="0AC3B0AC" w14:textId="77777777" w:rsidR="00EB605F" w:rsidRDefault="00000000">
            <w:r>
              <w:t>________________</w:t>
            </w:r>
          </w:p>
        </w:tc>
      </w:tr>
      <w:tr w:rsidR="00EB605F" w14:paraId="3A74C160" w14:textId="77777777">
        <w:trPr>
          <w:jc w:val="center"/>
        </w:trPr>
        <w:tc>
          <w:tcPr>
            <w:tcW w:w="5112" w:type="dxa"/>
            <w:vAlign w:val="center"/>
          </w:tcPr>
          <w:p w14:paraId="6AC25385" w14:textId="77777777" w:rsidR="00EB605F" w:rsidRDefault="00000000">
            <w:r>
              <w:rPr>
                <w:sz w:val="19"/>
              </w:rPr>
              <w:t>Communication: WHY + HOW</w:t>
            </w:r>
          </w:p>
        </w:tc>
        <w:tc>
          <w:tcPr>
            <w:tcW w:w="5112" w:type="dxa"/>
            <w:vAlign w:val="center"/>
          </w:tcPr>
          <w:p w14:paraId="3C0B0496" w14:textId="77777777" w:rsidR="00EB605F" w:rsidRDefault="00EB605F"/>
          <w:p w14:paraId="0DBBBE38" w14:textId="77777777" w:rsidR="00EB605F" w:rsidRDefault="00000000">
            <w:r>
              <w:t>________________</w:t>
            </w:r>
          </w:p>
          <w:p w14:paraId="767D2802" w14:textId="77777777" w:rsidR="00EB605F" w:rsidRDefault="00000000">
            <w:r>
              <w:t>________________</w:t>
            </w:r>
          </w:p>
        </w:tc>
      </w:tr>
      <w:tr w:rsidR="00EB605F" w14:paraId="1F65A6C3" w14:textId="77777777">
        <w:trPr>
          <w:jc w:val="center"/>
        </w:trPr>
        <w:tc>
          <w:tcPr>
            <w:tcW w:w="5112" w:type="dxa"/>
            <w:vAlign w:val="center"/>
          </w:tcPr>
          <w:p w14:paraId="2C2B41E3" w14:textId="77777777" w:rsidR="00EB605F" w:rsidRDefault="00000000">
            <w:r>
              <w:rPr>
                <w:sz w:val="19"/>
              </w:rPr>
              <w:t>Likely resistance / response</w:t>
            </w:r>
          </w:p>
        </w:tc>
        <w:tc>
          <w:tcPr>
            <w:tcW w:w="5112" w:type="dxa"/>
            <w:vAlign w:val="center"/>
          </w:tcPr>
          <w:p w14:paraId="128B7C48" w14:textId="77777777" w:rsidR="00EB605F" w:rsidRDefault="00EB605F"/>
          <w:p w14:paraId="0C2B8F54" w14:textId="77777777" w:rsidR="00EB605F" w:rsidRDefault="00000000">
            <w:r>
              <w:t>________________</w:t>
            </w:r>
          </w:p>
          <w:p w14:paraId="7E2653B1" w14:textId="77777777" w:rsidR="00EB605F" w:rsidRDefault="00000000">
            <w:r>
              <w:t>________________</w:t>
            </w:r>
          </w:p>
        </w:tc>
      </w:tr>
      <w:tr w:rsidR="00EB605F" w14:paraId="5B43A338" w14:textId="77777777">
        <w:trPr>
          <w:jc w:val="center"/>
        </w:trPr>
        <w:tc>
          <w:tcPr>
            <w:tcW w:w="5112" w:type="dxa"/>
            <w:vAlign w:val="center"/>
          </w:tcPr>
          <w:p w14:paraId="19BB4B41" w14:textId="77777777" w:rsidR="00EB605F" w:rsidRDefault="00000000">
            <w:r>
              <w:rPr>
                <w:sz w:val="19"/>
              </w:rPr>
              <w:t>Feedback method</w:t>
            </w:r>
          </w:p>
        </w:tc>
        <w:tc>
          <w:tcPr>
            <w:tcW w:w="5112" w:type="dxa"/>
            <w:vAlign w:val="center"/>
          </w:tcPr>
          <w:p w14:paraId="4142A9DF" w14:textId="77777777" w:rsidR="00EB605F" w:rsidRDefault="00EB605F"/>
          <w:p w14:paraId="357B9EC3" w14:textId="77777777" w:rsidR="00EB605F" w:rsidRDefault="00000000">
            <w:r>
              <w:t>________________</w:t>
            </w:r>
          </w:p>
          <w:p w14:paraId="62867501" w14:textId="77777777" w:rsidR="00EB605F" w:rsidRDefault="00000000">
            <w:r>
              <w:t>________________</w:t>
            </w:r>
          </w:p>
        </w:tc>
      </w:tr>
      <w:tr w:rsidR="00EB605F" w14:paraId="586F69AB" w14:textId="77777777">
        <w:trPr>
          <w:jc w:val="center"/>
        </w:trPr>
        <w:tc>
          <w:tcPr>
            <w:tcW w:w="5112" w:type="dxa"/>
            <w:vAlign w:val="center"/>
          </w:tcPr>
          <w:p w14:paraId="4CD97ED9" w14:textId="77777777" w:rsidR="00EB605F" w:rsidRDefault="00000000">
            <w:r>
              <w:rPr>
                <w:sz w:val="19"/>
              </w:rPr>
              <w:t>Short-term goal</w:t>
            </w:r>
          </w:p>
        </w:tc>
        <w:tc>
          <w:tcPr>
            <w:tcW w:w="5112" w:type="dxa"/>
            <w:vAlign w:val="center"/>
          </w:tcPr>
          <w:p w14:paraId="4EE42D10" w14:textId="77777777" w:rsidR="00EB605F" w:rsidRDefault="00EB605F"/>
          <w:p w14:paraId="22A19DAD" w14:textId="77777777" w:rsidR="00EB605F" w:rsidRDefault="00000000">
            <w:r>
              <w:t>________________</w:t>
            </w:r>
          </w:p>
          <w:p w14:paraId="2D2AA7AD" w14:textId="77777777" w:rsidR="00EB605F" w:rsidRDefault="00000000">
            <w:r>
              <w:t>________________</w:t>
            </w:r>
          </w:p>
        </w:tc>
      </w:tr>
      <w:tr w:rsidR="00EB605F" w14:paraId="46E77DF4" w14:textId="77777777">
        <w:trPr>
          <w:jc w:val="center"/>
        </w:trPr>
        <w:tc>
          <w:tcPr>
            <w:tcW w:w="5112" w:type="dxa"/>
            <w:vAlign w:val="center"/>
          </w:tcPr>
          <w:p w14:paraId="4535AC72" w14:textId="77777777" w:rsidR="00EB605F" w:rsidRDefault="00000000">
            <w:r>
              <w:rPr>
                <w:sz w:val="19"/>
              </w:rPr>
              <w:t>Long-term goal</w:t>
            </w:r>
          </w:p>
        </w:tc>
        <w:tc>
          <w:tcPr>
            <w:tcW w:w="5112" w:type="dxa"/>
            <w:vAlign w:val="center"/>
          </w:tcPr>
          <w:p w14:paraId="37257DC3" w14:textId="77777777" w:rsidR="00EB605F" w:rsidRDefault="00EB605F"/>
          <w:p w14:paraId="34566E58" w14:textId="77777777" w:rsidR="00EB605F" w:rsidRDefault="00000000">
            <w:r>
              <w:t>________________</w:t>
            </w:r>
          </w:p>
          <w:p w14:paraId="72D3EAE6" w14:textId="77777777" w:rsidR="00EB605F" w:rsidRDefault="00000000">
            <w:r>
              <w:t>________________</w:t>
            </w:r>
          </w:p>
        </w:tc>
      </w:tr>
      <w:tr w:rsidR="00EB605F" w14:paraId="5FED9FBC" w14:textId="77777777">
        <w:trPr>
          <w:jc w:val="center"/>
        </w:trPr>
        <w:tc>
          <w:tcPr>
            <w:tcW w:w="5112" w:type="dxa"/>
            <w:vAlign w:val="center"/>
          </w:tcPr>
          <w:p w14:paraId="39D7D1FB" w14:textId="77777777" w:rsidR="00EB605F" w:rsidRDefault="00000000">
            <w:r>
              <w:rPr>
                <w:sz w:val="19"/>
              </w:rPr>
              <w:t>Small win to celebrate</w:t>
            </w:r>
          </w:p>
        </w:tc>
        <w:tc>
          <w:tcPr>
            <w:tcW w:w="5112" w:type="dxa"/>
            <w:vAlign w:val="center"/>
          </w:tcPr>
          <w:p w14:paraId="279F69F2" w14:textId="77777777" w:rsidR="00EB605F" w:rsidRDefault="00EB605F"/>
          <w:p w14:paraId="29B021A3" w14:textId="77777777" w:rsidR="00EB605F" w:rsidRDefault="00000000">
            <w:r>
              <w:t>________________</w:t>
            </w:r>
          </w:p>
          <w:p w14:paraId="650730F2" w14:textId="77777777" w:rsidR="00EB605F" w:rsidRDefault="00000000">
            <w:r>
              <w:t>________________</w:t>
            </w:r>
          </w:p>
        </w:tc>
      </w:tr>
      <w:tr w:rsidR="00EB605F" w14:paraId="5A6EA63A" w14:textId="77777777">
        <w:trPr>
          <w:jc w:val="center"/>
        </w:trPr>
        <w:tc>
          <w:tcPr>
            <w:tcW w:w="5112" w:type="dxa"/>
            <w:vAlign w:val="center"/>
          </w:tcPr>
          <w:p w14:paraId="3A15D7BF" w14:textId="77777777" w:rsidR="00EB605F" w:rsidRDefault="00000000">
            <w:r>
              <w:rPr>
                <w:sz w:val="19"/>
              </w:rPr>
              <w:t>How I will reinforce the change</w:t>
            </w:r>
          </w:p>
        </w:tc>
        <w:tc>
          <w:tcPr>
            <w:tcW w:w="5112" w:type="dxa"/>
            <w:vAlign w:val="center"/>
          </w:tcPr>
          <w:p w14:paraId="73029C2A" w14:textId="77777777" w:rsidR="00EB605F" w:rsidRDefault="00EB605F"/>
          <w:p w14:paraId="462DF909" w14:textId="77777777" w:rsidR="00EB605F" w:rsidRDefault="00000000">
            <w:r>
              <w:t>________________</w:t>
            </w:r>
          </w:p>
          <w:p w14:paraId="6CB798D2" w14:textId="77777777" w:rsidR="00EB605F" w:rsidRDefault="00000000">
            <w:r>
              <w:t>________________</w:t>
            </w:r>
          </w:p>
        </w:tc>
      </w:tr>
    </w:tbl>
    <w:p w14:paraId="61EBD529" w14:textId="77777777" w:rsidR="00EB605F" w:rsidRDefault="00000000">
      <w:pPr>
        <w:spacing w:after="100" w:line="252" w:lineRule="auto"/>
      </w:pPr>
      <w:r>
        <w:br w:type="page"/>
      </w:r>
    </w:p>
    <w:p w14:paraId="4AEA5062" w14:textId="196330BC" w:rsidR="006C6246" w:rsidRPr="006C6246" w:rsidRDefault="006C6246" w:rsidP="006C6246">
      <w:pPr>
        <w:pStyle w:val="Heading1"/>
        <w:spacing w:before="120" w:after="120" w:line="252" w:lineRule="auto"/>
        <w:rPr>
          <w:sz w:val="32"/>
          <w:szCs w:val="32"/>
        </w:rPr>
      </w:pPr>
      <w:r>
        <w:rPr>
          <w:sz w:val="32"/>
          <w:szCs w:val="32"/>
        </w:rPr>
        <w:lastRenderedPageBreak/>
        <w:t>Final Reflection</w:t>
      </w:r>
    </w:p>
    <w:p w14:paraId="03FCD929" w14:textId="7BECEA6D" w:rsidR="00EB605F" w:rsidRDefault="00000000">
      <w:pPr>
        <w:spacing w:after="100" w:line="252" w:lineRule="auto"/>
      </w:pPr>
      <w:r>
        <w:rPr>
          <w:b/>
        </w:rPr>
        <w:t>What is the one action you are most committed to taking?</w:t>
      </w:r>
    </w:p>
    <w:p w14:paraId="1623B8E9" w14:textId="77777777" w:rsidR="00EB605F" w:rsidRDefault="00000000">
      <w:pPr>
        <w:spacing w:after="100" w:line="252" w:lineRule="auto"/>
      </w:pPr>
      <w:r>
        <w:rPr>
          <w:color w:val="999999"/>
        </w:rPr>
        <w:t>________________________________________________________________________________</w:t>
      </w:r>
    </w:p>
    <w:p w14:paraId="73799344" w14:textId="77777777" w:rsidR="00EB605F" w:rsidRDefault="00000000">
      <w:pPr>
        <w:spacing w:after="100" w:line="252" w:lineRule="auto"/>
      </w:pPr>
      <w:r>
        <w:rPr>
          <w:color w:val="999999"/>
        </w:rPr>
        <w:t>________________________________________________________________________________</w:t>
      </w:r>
    </w:p>
    <w:p w14:paraId="1A1382A1" w14:textId="77777777" w:rsidR="00EB605F" w:rsidRDefault="00000000">
      <w:pPr>
        <w:spacing w:after="100" w:line="252" w:lineRule="auto"/>
      </w:pPr>
      <w:r>
        <w:rPr>
          <w:color w:val="999999"/>
        </w:rPr>
        <w:t>________________________________________________________________________________</w:t>
      </w:r>
    </w:p>
    <w:p w14:paraId="798715C1" w14:textId="77777777" w:rsidR="00EB605F" w:rsidRDefault="00000000">
      <w:pPr>
        <w:spacing w:after="100" w:line="252" w:lineRule="auto"/>
      </w:pPr>
      <w:r>
        <w:rPr>
          <w:b/>
        </w:rPr>
        <w:t>What support or resource do you need to take that action?</w:t>
      </w:r>
    </w:p>
    <w:p w14:paraId="4E5A80F4" w14:textId="77777777" w:rsidR="00EB605F" w:rsidRDefault="00000000">
      <w:pPr>
        <w:spacing w:after="100" w:line="252" w:lineRule="auto"/>
      </w:pPr>
      <w:r>
        <w:rPr>
          <w:color w:val="999999"/>
        </w:rPr>
        <w:t>________________________________________________________________________________</w:t>
      </w:r>
    </w:p>
    <w:p w14:paraId="0111E371" w14:textId="77777777" w:rsidR="00EB605F" w:rsidRDefault="00000000">
      <w:pPr>
        <w:spacing w:after="100" w:line="252" w:lineRule="auto"/>
      </w:pPr>
      <w:r>
        <w:rPr>
          <w:color w:val="999999"/>
        </w:rPr>
        <w:t>________________________________________________________________________________</w:t>
      </w:r>
    </w:p>
    <w:p w14:paraId="264F0E84" w14:textId="77777777" w:rsidR="00EB605F" w:rsidRDefault="00000000">
      <w:pPr>
        <w:spacing w:after="100" w:line="252" w:lineRule="auto"/>
      </w:pPr>
      <w:r>
        <w:rPr>
          <w:color w:val="999999"/>
        </w:rPr>
        <w:t>________________________________________________________________________________</w:t>
      </w:r>
    </w:p>
    <w:p w14:paraId="6AC49BCE" w14:textId="77777777" w:rsidR="00EB605F" w:rsidRPr="006C6246" w:rsidRDefault="00000000" w:rsidP="006C6246">
      <w:pPr>
        <w:pStyle w:val="Heading1"/>
        <w:spacing w:before="120" w:after="120" w:line="252" w:lineRule="auto"/>
        <w:rPr>
          <w:sz w:val="32"/>
          <w:szCs w:val="32"/>
        </w:rPr>
      </w:pPr>
      <w:r w:rsidRPr="006C6246">
        <w:rPr>
          <w:sz w:val="32"/>
          <w:szCs w:val="32"/>
        </w:rPr>
        <w:t>Resources from the Presentation</w:t>
      </w:r>
    </w:p>
    <w:p w14:paraId="139A2AF8" w14:textId="77777777" w:rsidR="00EB605F" w:rsidRDefault="00000000">
      <w:pPr>
        <w:pStyle w:val="ListBullet"/>
        <w:spacing w:after="100" w:line="252" w:lineRule="auto"/>
      </w:pPr>
      <w:r>
        <w:t>Harvard Division of Continuing Education — Change management strategies</w:t>
      </w:r>
    </w:p>
    <w:p w14:paraId="1C6F2C9C" w14:textId="77777777" w:rsidR="00EB605F" w:rsidRDefault="00000000">
      <w:pPr>
        <w:pStyle w:val="ListBullet"/>
        <w:spacing w:after="100" w:line="252" w:lineRule="auto"/>
      </w:pPr>
      <w:r>
        <w:t>Arkansas State University — Change management strategies guide</w:t>
      </w:r>
    </w:p>
    <w:p w14:paraId="700F1F35" w14:textId="77777777" w:rsidR="00EB605F" w:rsidRDefault="00000000">
      <w:pPr>
        <w:pStyle w:val="ListBullet"/>
        <w:spacing w:after="100" w:line="252" w:lineRule="auto"/>
      </w:pPr>
      <w:r>
        <w:t>UC Berkeley Human Resources — Change Management Toolkit</w:t>
      </w:r>
    </w:p>
    <w:p w14:paraId="0F2D197C" w14:textId="77777777" w:rsidR="00EB605F" w:rsidRDefault="00000000">
      <w:pPr>
        <w:pStyle w:val="ListBullet"/>
        <w:spacing w:after="100" w:line="252" w:lineRule="auto"/>
      </w:pPr>
      <w:r>
        <w:t>Prosci — ADKAR</w:t>
      </w:r>
    </w:p>
    <w:p w14:paraId="50376CCF" w14:textId="77777777" w:rsidR="00EB605F" w:rsidRDefault="00000000">
      <w:pPr>
        <w:pStyle w:val="ListBullet"/>
        <w:spacing w:after="100" w:line="252" w:lineRule="auto"/>
      </w:pPr>
      <w:r>
        <w:t>Situational Leadership</w:t>
      </w:r>
    </w:p>
    <w:p w14:paraId="300BBF41" w14:textId="57DEF6D1" w:rsidR="00110AF6" w:rsidRDefault="00110AF6">
      <w:pPr>
        <w:pStyle w:val="ListBullet"/>
        <w:spacing w:after="100" w:line="252" w:lineRule="auto"/>
      </w:pPr>
      <w:r>
        <w:t xml:space="preserve">Simon Senek – The Truth about Change </w:t>
      </w:r>
    </w:p>
    <w:p w14:paraId="2E615D90" w14:textId="42EDB4A7" w:rsidR="00110AF6" w:rsidRDefault="00110AF6">
      <w:pPr>
        <w:pStyle w:val="ListBullet"/>
        <w:spacing w:after="100" w:line="252" w:lineRule="auto"/>
      </w:pPr>
      <w:r>
        <w:t>Deming Circle</w:t>
      </w:r>
    </w:p>
    <w:p w14:paraId="795614F7" w14:textId="77777777" w:rsidR="00EB605F" w:rsidRDefault="00000000">
      <w:pPr>
        <w:pStyle w:val="ListBullet"/>
        <w:spacing w:after="100" w:line="252" w:lineRule="auto"/>
      </w:pPr>
      <w:r>
        <w:t>University of Minnesota Human Resources — Small Wins: Big Impact</w:t>
      </w:r>
    </w:p>
    <w:p w14:paraId="766F4AC7" w14:textId="77777777" w:rsidR="00EB605F" w:rsidRDefault="00000000">
      <w:pPr>
        <w:pStyle w:val="ListBullet"/>
        <w:spacing w:after="100" w:line="252" w:lineRule="auto"/>
      </w:pPr>
      <w:r>
        <w:t>Workhuman — How to Celebrate Success at Work</w:t>
      </w:r>
    </w:p>
    <w:p w14:paraId="2694A8A9" w14:textId="77777777" w:rsidR="00EB605F" w:rsidRDefault="00000000">
      <w:pPr>
        <w:pStyle w:val="ListBullet"/>
        <w:spacing w:after="100" w:line="252" w:lineRule="auto"/>
      </w:pPr>
      <w:r>
        <w:t>Videos included in the presentation on change management and situational leadership</w:t>
      </w:r>
    </w:p>
    <w:tbl>
      <w:tblPr>
        <w:tblW w:w="0" w:type="auto"/>
        <w:jc w:val="center"/>
        <w:tblLook w:val="04A0" w:firstRow="1" w:lastRow="0" w:firstColumn="1" w:lastColumn="0" w:noHBand="0" w:noVBand="1"/>
      </w:tblPr>
      <w:tblGrid>
        <w:gridCol w:w="10224"/>
      </w:tblGrid>
      <w:tr w:rsidR="00EB605F" w14:paraId="26F11838" w14:textId="77777777">
        <w:trPr>
          <w:jc w:val="center"/>
        </w:trPr>
        <w:tc>
          <w:tcPr>
            <w:tcW w:w="10224" w:type="dxa"/>
            <w:shd w:val="clear" w:color="auto" w:fill="F7F9FB"/>
            <w:vAlign w:val="center"/>
          </w:tcPr>
          <w:p w14:paraId="30171251" w14:textId="77777777" w:rsidR="00EB605F" w:rsidRDefault="00000000">
            <w:r>
              <w:rPr>
                <w:b/>
                <w:color w:val="17365D"/>
              </w:rPr>
              <w:t>Additional resources / ideas I want to explore:</w:t>
            </w:r>
          </w:p>
          <w:p w14:paraId="00268CBD" w14:textId="77777777" w:rsidR="00EB605F" w:rsidRDefault="00000000">
            <w:pPr>
              <w:spacing w:after="40"/>
            </w:pPr>
            <w:r>
              <w:rPr>
                <w:color w:val="AAAAAA"/>
              </w:rPr>
              <w:t>________________________________________________________________________________</w:t>
            </w:r>
          </w:p>
          <w:p w14:paraId="61F1E3EF" w14:textId="77777777" w:rsidR="00EB605F" w:rsidRDefault="00000000">
            <w:pPr>
              <w:spacing w:after="40"/>
            </w:pPr>
            <w:r>
              <w:rPr>
                <w:color w:val="AAAAAA"/>
              </w:rPr>
              <w:t>________________________________________________________________________________</w:t>
            </w:r>
          </w:p>
          <w:p w14:paraId="17C22749" w14:textId="77777777" w:rsidR="00EB605F" w:rsidRDefault="00000000">
            <w:pPr>
              <w:spacing w:after="40"/>
            </w:pPr>
            <w:r>
              <w:rPr>
                <w:color w:val="AAAAAA"/>
              </w:rPr>
              <w:t>________________________________________________________________________________</w:t>
            </w:r>
          </w:p>
          <w:p w14:paraId="0E69ED1F" w14:textId="77777777" w:rsidR="00EB605F" w:rsidRDefault="00000000">
            <w:pPr>
              <w:spacing w:after="40"/>
            </w:pPr>
            <w:r>
              <w:rPr>
                <w:color w:val="AAAAAA"/>
              </w:rPr>
              <w:t>________________________________________________________________________________</w:t>
            </w:r>
          </w:p>
          <w:p w14:paraId="10BA6A53" w14:textId="77777777" w:rsidR="00EB605F" w:rsidRDefault="00000000">
            <w:pPr>
              <w:spacing w:after="40"/>
            </w:pPr>
            <w:r>
              <w:rPr>
                <w:color w:val="AAAAAA"/>
              </w:rPr>
              <w:t>________________________________________________________________________________</w:t>
            </w:r>
          </w:p>
          <w:p w14:paraId="5A8D9E22" w14:textId="77777777" w:rsidR="00EB605F" w:rsidRDefault="00000000">
            <w:pPr>
              <w:spacing w:after="40"/>
            </w:pPr>
            <w:r>
              <w:rPr>
                <w:color w:val="AAAAAA"/>
              </w:rPr>
              <w:t>________________________________________________________________________________</w:t>
            </w:r>
          </w:p>
          <w:p w14:paraId="05F87019" w14:textId="77777777" w:rsidR="00EB605F" w:rsidRDefault="00000000">
            <w:pPr>
              <w:spacing w:after="40"/>
            </w:pPr>
            <w:r>
              <w:rPr>
                <w:color w:val="AAAAAA"/>
              </w:rPr>
              <w:t>________________________________________________________________________________</w:t>
            </w:r>
          </w:p>
        </w:tc>
      </w:tr>
    </w:tbl>
    <w:p w14:paraId="0A3AEB79" w14:textId="77777777" w:rsidR="00EB605F" w:rsidRDefault="00EB605F">
      <w:pPr>
        <w:spacing w:after="100" w:line="252" w:lineRule="auto"/>
      </w:pPr>
    </w:p>
    <w:p w14:paraId="11682D3E" w14:textId="67A03C8A" w:rsidR="00EB605F" w:rsidRDefault="00000000">
      <w:pPr>
        <w:spacing w:after="100" w:line="252" w:lineRule="auto"/>
        <w:jc w:val="center"/>
        <w:rPr>
          <w:b/>
          <w:color w:val="17365D"/>
        </w:rPr>
      </w:pPr>
      <w:r>
        <w:rPr>
          <w:b/>
          <w:color w:val="17365D"/>
        </w:rPr>
        <w:t>Thank you • Leading Organizational Change • Fall 2026</w:t>
      </w:r>
    </w:p>
    <w:p w14:paraId="604E290E" w14:textId="14F887DB" w:rsidR="006C6246" w:rsidRDefault="006C6246">
      <w:pPr>
        <w:spacing w:after="100" w:line="252" w:lineRule="auto"/>
        <w:jc w:val="center"/>
      </w:pPr>
      <w:r>
        <w:rPr>
          <w:b/>
          <w:color w:val="17365D"/>
        </w:rPr>
        <w:t xml:space="preserve">Dr. Wendy Kubasko </w:t>
      </w:r>
      <w:r>
        <w:rPr>
          <w:b/>
          <w:color w:val="17365D"/>
        </w:rPr>
        <w:t>•</w:t>
      </w:r>
      <w:r>
        <w:rPr>
          <w:b/>
          <w:color w:val="17365D"/>
        </w:rPr>
        <w:t xml:space="preserve"> wlkubasko@ship.edu</w:t>
      </w:r>
    </w:p>
    <w:sectPr w:rsidR="006C6246" w:rsidSect="00034616">
      <w:footerReference w:type="even"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031732" w14:textId="77777777" w:rsidR="008F6124" w:rsidRDefault="008F6124">
      <w:pPr>
        <w:spacing w:after="0" w:line="240" w:lineRule="auto"/>
      </w:pPr>
      <w:r>
        <w:separator/>
      </w:r>
    </w:p>
  </w:endnote>
  <w:endnote w:type="continuationSeparator" w:id="0">
    <w:p w14:paraId="64FAEC4C" w14:textId="77777777" w:rsidR="008F6124" w:rsidRDefault="008F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7226309"/>
      <w:docPartObj>
        <w:docPartGallery w:val="Page Numbers (Bottom of Page)"/>
        <w:docPartUnique/>
      </w:docPartObj>
    </w:sdtPr>
    <w:sdtContent>
      <w:p w14:paraId="6FD9C62B" w14:textId="24A070AF" w:rsidR="006C6246" w:rsidRDefault="006C6246" w:rsidP="005416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838032" w14:textId="77777777" w:rsidR="006C6246" w:rsidRDefault="006C6246" w:rsidP="006C62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1021273"/>
      <w:docPartObj>
        <w:docPartGallery w:val="Page Numbers (Bottom of Page)"/>
        <w:docPartUnique/>
      </w:docPartObj>
    </w:sdtPr>
    <w:sdtContent>
      <w:p w14:paraId="470D1F92" w14:textId="2D7C5BF1" w:rsidR="006C6246" w:rsidRDefault="006C6246" w:rsidP="005416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31CCC8C7" w14:textId="77777777" w:rsidR="00EB605F" w:rsidRDefault="00000000" w:rsidP="006C6246">
    <w:pPr>
      <w:pStyle w:val="Footer"/>
      <w:ind w:right="360"/>
      <w:jc w:val="center"/>
    </w:pPr>
    <w:r>
      <w:rPr>
        <w:color w:val="666666"/>
        <w:sz w:val="16"/>
      </w:rPr>
      <w:t>Leading Organizational Change • Front-Line Leadership Credentialing Program • Fall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8DFDA4" w14:textId="77777777" w:rsidR="008F6124" w:rsidRDefault="008F6124">
      <w:pPr>
        <w:spacing w:after="0" w:line="240" w:lineRule="auto"/>
      </w:pPr>
      <w:r>
        <w:separator/>
      </w:r>
    </w:p>
  </w:footnote>
  <w:footnote w:type="continuationSeparator" w:id="0">
    <w:p w14:paraId="5D0237B1" w14:textId="77777777" w:rsidR="008F6124" w:rsidRDefault="008F6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0465293">
    <w:abstractNumId w:val="8"/>
  </w:num>
  <w:num w:numId="2" w16cid:durableId="1804083111">
    <w:abstractNumId w:val="6"/>
  </w:num>
  <w:num w:numId="3" w16cid:durableId="1453748521">
    <w:abstractNumId w:val="5"/>
  </w:num>
  <w:num w:numId="4" w16cid:durableId="403337035">
    <w:abstractNumId w:val="4"/>
  </w:num>
  <w:num w:numId="5" w16cid:durableId="1639384262">
    <w:abstractNumId w:val="7"/>
  </w:num>
  <w:num w:numId="6" w16cid:durableId="653721827">
    <w:abstractNumId w:val="3"/>
  </w:num>
  <w:num w:numId="7" w16cid:durableId="1743136617">
    <w:abstractNumId w:val="2"/>
  </w:num>
  <w:num w:numId="8" w16cid:durableId="1934320240">
    <w:abstractNumId w:val="1"/>
  </w:num>
  <w:num w:numId="9" w16cid:durableId="19360939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AF6"/>
    <w:rsid w:val="0015074B"/>
    <w:rsid w:val="0029639D"/>
    <w:rsid w:val="00326F90"/>
    <w:rsid w:val="006C6246"/>
    <w:rsid w:val="007E207F"/>
    <w:rsid w:val="008F444C"/>
    <w:rsid w:val="008F6124"/>
    <w:rsid w:val="00AA1D8D"/>
    <w:rsid w:val="00B47730"/>
    <w:rsid w:val="00CB0664"/>
    <w:rsid w:val="00EB60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95D0F"/>
  <w14:defaultImageDpi w14:val="300"/>
  <w15:docId w15:val="{FF000CA3-0AA4-384D-9301-DC6297A9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E75B6"/>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6C6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2777</Words>
  <Characters>15831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Kubasko, Wendy</cp:lastModifiedBy>
  <cp:revision>2</cp:revision>
  <dcterms:created xsi:type="dcterms:W3CDTF">2013-12-23T23:15:00Z</dcterms:created>
  <dcterms:modified xsi:type="dcterms:W3CDTF">2026-09-28T21:52:00Z</dcterms:modified>
  <cp:category/>
</cp:coreProperties>
</file>